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AIDANT FAMILIAL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>
      <w:r>
        <w:rPr>
          <w:b/>
          <w:sz w:val="20"/>
        </w:rPr>
        <w:t>atteste sur l'honneur que :</w:t>
      </w:r>
    </w:p>
    <w:p>
      <w:r>
        <w:rPr>
          <w:b w:val="0"/>
          <w:sz w:val="20"/>
        </w:rPr>
        <w:t>Nom et prénom de la personne aidée : _______________________________</w:t>
      </w:r>
    </w:p>
    <w:p>
      <w:r>
        <w:rPr>
          <w:b w:val="0"/>
          <w:sz w:val="20"/>
        </w:rPr>
        <w:t>Date de naissance : 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/>
    <w:p>
      <w:r>
        <w:rPr>
          <w:b w:val="0"/>
          <w:sz w:val="20"/>
        </w:rPr>
        <w:t>Que j’exerce, en tant qu’aidant familial, une aide régulière et soutenue auprès de cette personne,</w:t>
      </w:r>
    </w:p>
    <w:p>
      <w:r>
        <w:rPr>
          <w:b w:val="0"/>
          <w:sz w:val="20"/>
        </w:rPr>
        <w:t>en raison de son état de santé, de son handicap ou de sa perte d’autonomie, ce qui se traduit notamment par :</w:t>
      </w:r>
    </w:p>
    <w:p>
      <w:r>
        <w:rPr>
          <w:b w:val="0"/>
          <w:sz w:val="20"/>
        </w:rPr>
        <w:t>- Assistance dans les actes essentiels de la vie quotidienne (aide à la toilette, à l’habillage, à l’alimentation, etc.)</w:t>
      </w:r>
    </w:p>
    <w:p>
      <w:r>
        <w:rPr>
          <w:b w:val="0"/>
          <w:sz w:val="20"/>
        </w:rPr>
        <w:t>- Accompagnement dans les déplacements et les démarches administratives</w:t>
      </w:r>
    </w:p>
    <w:p>
      <w:r>
        <w:rPr>
          <w:b w:val="0"/>
          <w:sz w:val="20"/>
        </w:rPr>
        <w:t>- Soutien moral, organisation des soins et gestion des rendez-vous médicaux</w:t>
      </w:r>
    </w:p>
    <w:p/>
    <w:p>
      <w:r>
        <w:rPr>
          <w:b w:val="0"/>
          <w:sz w:val="20"/>
        </w:rPr>
        <w:t>Je déclare que cette aide est fournie de manière régulière, sans contrepartie financière,</w:t>
      </w:r>
    </w:p>
    <w:p>
      <w:r>
        <w:rPr>
          <w:b w:val="0"/>
          <w:sz w:val="20"/>
        </w:rPr>
        <w:t>et que je n’exerce pas cette activité dans le cadre d’un emploi salarié ou d’une prestation professionnelle.</w:t>
      </w:r>
    </w:p>
    <w:p/>
    <w:p>
      <w:r>
        <w:rPr>
          <w:b w:val="0"/>
          <w:sz w:val="20"/>
        </w:rPr>
        <w:t>Je suis informé(e) que cette attestation pourra être utilisée dans le cadre des démarches</w:t>
      </w:r>
    </w:p>
    <w:p>
      <w:r>
        <w:rPr>
          <w:b w:val="0"/>
          <w:sz w:val="20"/>
        </w:rPr>
        <w:t>administratives liées à la reconnaissance de la qualité d’aidant familial, ainsi qu’à l’accès aux droits et prestations qui y sont associés.</w:t>
      </w:r>
    </w:p>
    <w:p/>
    <w:p>
      <w:r>
        <w:rPr>
          <w:b w:val="0"/>
          <w:sz w:val="20"/>
        </w:rPr>
        <w:t>Je m’engage à informer toute modification de la situation à l’organisme destinataire de cette attestation.</w:t>
      </w:r>
    </w:p>
    <w:p/>
    <w:p/>
    <w:p>
      <w:r>
        <w:rPr>
          <w:b w:val="0"/>
          <w:sz w:val="20"/>
        </w:rPr>
        <w:t>Fait à : 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</w:t>
      </w:r>
    </w:p>
    <w:p/>
    <w:p/>
    <w:p>
      <w:r>
        <w:rPr>
          <w:b/>
          <w:sz w:val="20"/>
        </w:rPr>
        <w:t>Signature de l’aidant familial :</w:t>
      </w:r>
    </w:p>
    <w:p>
      <w:r>
        <w:rPr>
          <w:b w:val="0"/>
          <w:sz w:val="20"/>
        </w:rPr>
        <w:br/>
        <w:br/>
        <w:t>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AIDANT FAMILIAL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PERSONNE AIDÉE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Signature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Signature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https://juridique-administration.com/modele-attestation-aidant-familial/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attestation-aidant-familial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