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TYPE DE DEMANDE DE DOSSIER MÉDICAL</w:t>
      </w:r>
    </w:p>
    <w:p/>
    <w:p/>
    <w:p>
      <w:r>
        <w:rPr>
          <w:b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/>
    <w:p>
      <w:r>
        <w:rPr>
          <w:b/>
          <w:sz w:val="20"/>
        </w:rPr>
        <w:t>Nom et prénom du destinataire (ou raison sociale du professionnel de santé)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</w:t>
      </w:r>
    </w:p>
    <w:p/>
    <w:p/>
    <w:p>
      <w:r>
        <w:rPr>
          <w:b/>
          <w:sz w:val="20"/>
        </w:rPr>
        <w:t>Objet : Demande de communication de dossier médical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prie de bien vouloir me communiquer l'intégralité de mon dossier médical conformément aux dispositions des articles L1111-7 et suivants du Code de la santé publique.</w:t>
      </w:r>
    </w:p>
    <w:p/>
    <w:p>
      <w:r>
        <w:rPr>
          <w:b w:val="0"/>
          <w:sz w:val="20"/>
        </w:rPr>
        <w:t>Je vous rappelle que toute personne a le droit d’accéder aux informations concernant sa santé détenues par un professionnel de santé ou un établissement de santé.</w:t>
      </w:r>
    </w:p>
    <w:p/>
    <w:p>
      <w:r>
        <w:rPr>
          <w:b w:val="0"/>
          <w:sz w:val="20"/>
        </w:rPr>
        <w:t>Afin de faciliter votre recherche, je vous précise les informations suivantes :</w:t>
      </w:r>
    </w:p>
    <w:p>
      <w:r>
        <w:rPr>
          <w:b w:val="0"/>
          <w:sz w:val="20"/>
        </w:rPr>
        <w:t>- Nom, prénom : ___________________________________________________</w:t>
      </w:r>
    </w:p>
    <w:p>
      <w:r>
        <w:rPr>
          <w:b w:val="0"/>
          <w:sz w:val="20"/>
        </w:rPr>
        <w:t>- Date de naissance : ______________________________________________</w:t>
      </w:r>
    </w:p>
    <w:p>
      <w:r>
        <w:rPr>
          <w:b w:val="0"/>
          <w:sz w:val="20"/>
        </w:rPr>
        <w:t>- Période concernée (si applicable) : _______________________________</w:t>
      </w:r>
    </w:p>
    <w:p>
      <w:r>
        <w:rPr>
          <w:b w:val="0"/>
          <w:sz w:val="20"/>
        </w:rPr>
        <w:t>- Service ou service hospitalier : ___________________________________</w:t>
      </w:r>
    </w:p>
    <w:p/>
    <w:p>
      <w:r>
        <w:rPr>
          <w:b w:val="0"/>
          <w:sz w:val="20"/>
        </w:rPr>
        <w:t>Je vous remercie de bien vouloir me transmettre ce dossier à l'adresse mentionnée ci-dessus dans les meilleurs délais et, au plus tard, dans un délai légal de 8 jours à partir de la réception de cette demande.</w:t>
      </w:r>
    </w:p>
    <w:p/>
    <w:p>
      <w:r>
        <w:rPr>
          <w:b w:val="0"/>
          <w:sz w:val="20"/>
        </w:rPr>
        <w:t>Dans le cas où des frais seraient applicables, je vous prie de m’en informer préalablement.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>
      <w:r>
        <w:rPr>
          <w:b w:val="0"/>
          <w:sz w:val="20"/>
        </w:rPr>
        <w:t>Fait à : _______________________________________</w:t>
      </w:r>
    </w:p>
    <w:p>
      <w:r>
        <w:rPr>
          <w:b w:val="0"/>
          <w:sz w:val="20"/>
        </w:rPr>
        <w:t>Le : _________________________________________</w:t>
      </w:r>
    </w:p>
    <w:p/>
    <w:p/>
    <w:p>
      <w:r>
        <w:rPr>
          <w:b/>
          <w:sz w:val="20"/>
        </w:rPr>
        <w:t>Rappel légal :</w:t>
      </w:r>
    </w:p>
    <w:p>
      <w:r>
        <w:rPr>
          <w:b w:val="0"/>
          <w:sz w:val="20"/>
        </w:rPr>
        <w:t>Conformément à l’article L1111-7 du Code de la santé publique, toute personne peut accéder directement à l’ensemble des informations contenues dans son dossier médical, détenu par un professionnel de santé ou un établissement de santé.</w:t>
      </w:r>
    </w:p>
    <w:p>
      <w:r>
        <w:rPr>
          <w:b w:val="0"/>
          <w:sz w:val="20"/>
        </w:rPr>
        <w:t>Le professionnel ou l’établissement peut exiger l’identité de la personne et est tenu de lui fournir ces informations dans un délai maximal de huit jours.</w:t>
      </w:r>
    </w:p>
    <w:p>
      <w:r>
        <w:rPr>
          <w:b w:val="0"/>
          <w:sz w:val="20"/>
        </w:rPr>
        <w:t>Des frais de reproduction peuvent être demandés, mais doivent rester raisonnables et justifiés.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signature du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réception par le 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Commentaires éventuels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https://juridique-administration.com/lettre-type-demande-dossier-medical/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type-demande-dossier-medica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