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POUR LE POSTE DE SURVEILLANT DANS UN COLLÈGE</w:t>
      </w:r>
    </w:p>
    <w:p/>
    <w:p/>
    <w:p>
      <w:r>
        <w:rPr>
          <w:b w:val="0"/>
          <w:sz w:val="20"/>
        </w:rPr>
        <w:t>Prénom Nom</w:t>
      </w:r>
    </w:p>
    <w:p>
      <w:r>
        <w:rPr>
          <w:b w:val="0"/>
          <w:sz w:val="20"/>
        </w:rPr>
        <w:t>Adresse</w:t>
      </w:r>
    </w:p>
    <w:p>
      <w:r>
        <w:rPr>
          <w:b w:val="0"/>
          <w:sz w:val="20"/>
        </w:rPr>
        <w:t>Code postal - Ville</w:t>
      </w:r>
    </w:p>
    <w:p>
      <w:r>
        <w:rPr>
          <w:b w:val="0"/>
          <w:sz w:val="20"/>
        </w:rPr>
        <w:t>Téléphone : ________________________</w:t>
      </w:r>
    </w:p>
    <w:p>
      <w:r>
        <w:rPr>
          <w:b w:val="0"/>
          <w:sz w:val="20"/>
        </w:rPr>
        <w:t>Email : ___________________________</w:t>
      </w:r>
    </w:p>
    <w:p/>
    <w:p/>
    <w:p>
      <w:r>
        <w:rPr>
          <w:b/>
          <w:sz w:val="20"/>
        </w:rPr>
        <w:t>Objet : Candidature au poste de surveillant dans un collège</w:t>
      </w:r>
    </w:p>
    <w:p/>
    <w:p/>
    <w:p>
      <w:r>
        <w:rPr>
          <w:b w:val="0"/>
          <w:sz w:val="20"/>
        </w:rPr>
        <w:t>Madame, Monsieur,</w:t>
      </w:r>
    </w:p>
    <w:p/>
    <w:p>
      <w:r>
        <w:rPr>
          <w:b w:val="0"/>
          <w:sz w:val="20"/>
        </w:rPr>
        <w:t>Actuellement à la recherche d’un emploi, je me permets de vous adresser ma candidature pour un poste de surveillant au sein de votre collège.</w:t>
      </w:r>
    </w:p>
    <w:p/>
    <w:p>
      <w:r>
        <w:rPr>
          <w:b w:val="0"/>
          <w:sz w:val="20"/>
        </w:rPr>
        <w:t>Bien que je ne dispose pas d'expérience professionnelle directe dans ce domaine, ma motivation, mon sens des responsabilités et ma capacité d’adaptation me permettent d’envisager cette fonction avec sérieux et engagement.</w:t>
      </w:r>
    </w:p>
    <w:p/>
    <w:p>
      <w:r>
        <w:rPr>
          <w:b w:val="0"/>
          <w:sz w:val="20"/>
        </w:rPr>
        <w:t>Je suis conscient(e) que le rôle de surveillant est essentiel au bon fonctionnement de l’établissement, notamment pour assurer la sécurité, la discipline et l’encadrement des élèves durant leurs temps libres ainsi que lors des entrées et sorties.</w:t>
      </w:r>
    </w:p>
    <w:p/>
    <w:p>
      <w:r>
        <w:rPr>
          <w:b w:val="0"/>
          <w:sz w:val="20"/>
        </w:rPr>
        <w:t>Doté(e) d’un bon relationnel, je sais faire preuve d’écoute et d’autorité juste. Je suis également disponible pour effectuer les tâches annexes telles que la gestion des absences, le soutien aux équipes pédagogiques et la collaboration avec les familles.</w:t>
      </w:r>
    </w:p>
    <w:p/>
    <w:p>
      <w:r>
        <w:rPr>
          <w:b w:val="0"/>
          <w:sz w:val="20"/>
        </w:rPr>
        <w:t>Je suis prêt(e) à suivre les formations nécessaires et à m’impliquer pleinement dans les missions confiées afin de garantir un environnement serein et propice à l’apprentissage pour tous les élèves.</w:t>
      </w:r>
    </w:p>
    <w:p/>
    <w:p>
      <w:r>
        <w:rPr>
          <w:b w:val="0"/>
          <w:sz w:val="20"/>
        </w:rPr>
        <w:t>Je reste à votre disposition pour un entretien au cours duquel je pourrais vous exposer plus en détail mes motivations et mon projet professionnel.</w:t>
      </w:r>
    </w:p>
    <w:p/>
    <w:p>
      <w:r>
        <w:rPr>
          <w:b w:val="0"/>
          <w:sz w:val="20"/>
        </w:rPr>
        <w:t>Dans l'attente de votre réponse, je vous prie d’agréer, Madame, Monsieur, l’expression de mes salutations distinguées.</w:t>
      </w:r>
    </w:p>
    <w:p/>
    <w:p/>
    <w:p/>
    <w:p>
      <w:r>
        <w:rPr>
          <w:b w:val="0"/>
          <w:sz w:val="20"/>
        </w:rPr>
        <w:t>Signature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CANDIDAT</w:t>
            </w:r>
          </w:p>
        </w:tc>
        <w:tc>
          <w:tcPr>
            <w:tcW w:type="dxa" w:w="4986"/>
            <w:tcBorders>
              <w:top w:val="nil"/>
              <w:left w:val="nil"/>
              <w:bottom w:val="nil"/>
              <w:right w:val="nil"/>
              <w:insideH w:val="nil"/>
              <w:insideV w:val="nil"/>
            </w:tcBorders>
          </w:tcPr>
          <w:p>
            <w:pPr>
              <w:jc w:val="center"/>
            </w:pPr>
            <w:r>
              <w:t>RESPONSABLE DU RECRUTEMENT</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https://juridique-administration.com/lettre-motivation-surveillant-college-sans-experience/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motivation-surveillant-college-sans-experienc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