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LETTRE DE MOTIVATION - AGENT ADMINISTRATIF DÉBUTANT</w:t>
      </w:r>
    </w:p>
    <w:p/>
    <w:p/>
    <w:p>
      <w:r>
        <w:rPr>
          <w:b/>
          <w:sz w:val="20"/>
        </w:rPr>
        <w:t>Coordonnées :</w:t>
      </w:r>
    </w:p>
    <w:p>
      <w:r>
        <w:rPr>
          <w:b w:val="0"/>
          <w:sz w:val="20"/>
        </w:rPr>
        <w:t>Nom et Prénom : ________________________________________________</w:t>
      </w:r>
    </w:p>
    <w:p>
      <w:r>
        <w:rPr>
          <w:b w:val="0"/>
          <w:sz w:val="20"/>
        </w:rPr>
        <w:t>Adresse : ____________________________________________________</w:t>
      </w:r>
    </w:p>
    <w:p>
      <w:r>
        <w:rPr>
          <w:b w:val="0"/>
          <w:sz w:val="20"/>
        </w:rPr>
        <w:t>Téléphone : _________________________________________________</w:t>
      </w:r>
    </w:p>
    <w:p>
      <w:r>
        <w:rPr>
          <w:b w:val="0"/>
          <w:sz w:val="20"/>
        </w:rPr>
        <w:t>E-mail : _____________________________________________________</w:t>
      </w:r>
    </w:p>
    <w:p/>
    <w:p/>
    <w:p>
      <w:r>
        <w:rPr>
          <w:b/>
          <w:sz w:val="20"/>
        </w:rPr>
        <w:t>Destinataire :</w:t>
      </w:r>
    </w:p>
    <w:p>
      <w:r>
        <w:rPr>
          <w:b w:val="0"/>
          <w:sz w:val="20"/>
        </w:rPr>
        <w:t>Nom de l’organisme : ___________________________________________</w:t>
      </w:r>
    </w:p>
    <w:p>
      <w:r>
        <w:rPr>
          <w:b w:val="0"/>
          <w:sz w:val="20"/>
        </w:rPr>
        <w:t>Service / Département : ________________________________________</w:t>
      </w:r>
    </w:p>
    <w:p>
      <w:r>
        <w:rPr>
          <w:b w:val="0"/>
          <w:sz w:val="20"/>
        </w:rPr>
        <w:t>Adresse : ____________________________________________________</w:t>
      </w:r>
    </w:p>
    <w:p/>
    <w:p/>
    <w:p>
      <w:r>
        <w:rPr>
          <w:b/>
          <w:sz w:val="20"/>
        </w:rPr>
        <w:t>Objet : Candidature au poste d’Agent Administratif Débutant</w:t>
      </w:r>
    </w:p>
    <w:p/>
    <w:p/>
    <w:p>
      <w:r>
        <w:rPr>
          <w:b w:val="0"/>
          <w:sz w:val="20"/>
        </w:rPr>
        <w:t>Madame, Monsieur,</w:t>
      </w:r>
    </w:p>
    <w:p/>
    <w:p>
      <w:r>
        <w:rPr>
          <w:b w:val="0"/>
          <w:sz w:val="20"/>
        </w:rPr>
        <w:t>Par la présente, je souhaite vous faire part de ma candidature au poste d’Agent Administratif Débutant au sein de votre établissement. Motivé(e) par la perspective d’intégrer une structure dynamique et engagée, je suis convaincu(e) que mes compétences et ma rigueur seront des atouts pour remplir efficacement les missions qui me seront confiées.</w:t>
      </w:r>
    </w:p>
    <w:p/>
    <w:p>
      <w:r>
        <w:rPr>
          <w:b w:val="0"/>
          <w:sz w:val="20"/>
        </w:rPr>
        <w:t>Diplômé(e) d’un [Nom du diplôme ou formation], j’ai acquis des connaissances solides en gestion administrative, organisation de dossiers, et maîtrise des outils bureautiques indispensables au poste d’agent administratif. Mon cursus m’a également permis de développer des qualités relationnelles et un sens aigu du service public.</w:t>
      </w:r>
    </w:p>
    <w:p/>
    <w:p>
      <w:r>
        <w:rPr>
          <w:b w:val="0"/>
          <w:sz w:val="20"/>
        </w:rPr>
        <w:t>Au cours de mes précédentes expériences, j’ai eu l’occasion d’effectuer diverses tâches telles que la gestion d’agendas, le suivi de dossiers, la saisie et le traitement de données, ainsi que l’accueil physique et téléphonique. Ces missions m’ont permis de développer une grande autonomie, une excellente organisation et une capacité d’adaptation face à des situations variées.</w:t>
      </w:r>
    </w:p>
    <w:p/>
    <w:p>
      <w:r>
        <w:rPr>
          <w:b w:val="0"/>
          <w:sz w:val="20"/>
        </w:rPr>
        <w:t>Intégrer votre équipe représente pour moi une opportunité de contribuer activement à la bonne gestion administrative de votre structure tout en continuant à développer mes compétences professionnelles. Je suis particulièrement sensible aux valeurs de rigueur, d’intégrité et de service public qui caractérisent votre organisation.</w:t>
      </w:r>
    </w:p>
    <w:p/>
    <w:p>
      <w:r>
        <w:rPr>
          <w:b w:val="0"/>
          <w:sz w:val="20"/>
        </w:rPr>
        <w:t>Je reste à votre disposition pour un entretien au cours duquel je pourrai vous exposer plus en détail mes motivations et la manière dont je souhaite m’investir dans ce poste. Je vous remercie par avance de l’attention portée à ma candidature et vous prie d’agréer, Madame, Monsieur, l’expression de mes salutations distinguées.</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Signature : ________________________________</w:t>
            </w:r>
          </w:p>
        </w:tc>
      </w:tr>
      <w:tr>
        <w:tc>
          <w:tcPr>
            <w:tcW w:type="dxa" w:w="9972"/>
            <w:tcBorders>
              <w:top w:val="nil"/>
              <w:left w:val="nil"/>
              <w:bottom w:val="nil"/>
              <w:right w:val="nil"/>
              <w:insideH w:val="nil"/>
              <w:insideV w:val="nil"/>
            </w:tcBorders>
          </w:tcPr>
          <w:p>
            <w:pPr>
              <w:jc w:val="left"/>
            </w:pPr>
            <w:r>
              <w:t>Nom : 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https://juridique-administration.com/lettre-motivation-agent-administratif-debutant/</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lettre-motivation-agent-administratif-debutant/"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