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LETTRE DE RÉSILIATION MOBILE SANS ENGAGEMENT</w:t>
      </w:r>
    </w:p>
    <w:p/>
    <w:p/>
    <w:p>
      <w:r>
        <w:rPr>
          <w:b w:val="0"/>
          <w:sz w:val="20"/>
        </w:rPr>
        <w:t>Nom et Prénom : _________________________________________________</w:t>
      </w:r>
    </w:p>
    <w:p>
      <w:r>
        <w:rPr>
          <w:b w:val="0"/>
          <w:sz w:val="20"/>
        </w:rPr>
        <w:t>Adresse : _______________________________________________________</w:t>
      </w:r>
    </w:p>
    <w:p>
      <w:r>
        <w:rPr>
          <w:b w:val="0"/>
          <w:sz w:val="20"/>
        </w:rPr>
        <w:t>Code Postal / Ville : ____________________________________________</w:t>
      </w:r>
    </w:p>
    <w:p>
      <w:r>
        <w:rPr>
          <w:b w:val="0"/>
          <w:sz w:val="20"/>
        </w:rPr>
        <w:t>Numéro de téléphone : __________________________________________</w:t>
      </w:r>
    </w:p>
    <w:p>
      <w:r>
        <w:rPr>
          <w:b w:val="0"/>
          <w:sz w:val="20"/>
        </w:rPr>
        <w:t>Adresse e-mail : ________________________________________________</w:t>
      </w:r>
    </w:p>
    <w:p/>
    <w:p/>
    <w:p>
      <w:r>
        <w:rPr>
          <w:b/>
          <w:sz w:val="20"/>
        </w:rPr>
        <w:t>Service Résiliation</w:t>
      </w:r>
    </w:p>
    <w:p>
      <w:r>
        <w:rPr>
          <w:b w:val="0"/>
          <w:sz w:val="20"/>
        </w:rPr>
        <w:t>Nom de l’opérateur : ___________________________________________</w:t>
      </w:r>
    </w:p>
    <w:p>
      <w:r>
        <w:rPr>
          <w:b w:val="0"/>
          <w:sz w:val="20"/>
        </w:rPr>
        <w:t>Adresse du service client : _____________________________________</w:t>
      </w:r>
    </w:p>
    <w:p>
      <w:r>
        <w:rPr>
          <w:b w:val="0"/>
          <w:sz w:val="20"/>
        </w:rPr>
        <w:t>Code Postal / Ville : ____________________________________________</w:t>
      </w:r>
    </w:p>
    <w:p/>
    <w:p/>
    <w:p>
      <w:r>
        <w:rPr>
          <w:b/>
          <w:sz w:val="20"/>
        </w:rPr>
        <w:t>Objet : Résiliation de mon contrat mobile sans engagement</w:t>
      </w:r>
    </w:p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Par la présente, je vous informe de ma décision de résilier mon contrat de téléphonie mobile sans engagement, lié à la ligne téléphonique dont le numéro est : ___________________________.</w:t>
      </w:r>
    </w:p>
    <w:p/>
    <w:p>
      <w:r>
        <w:rPr>
          <w:b w:val="0"/>
          <w:sz w:val="20"/>
        </w:rPr>
        <w:t>Conformément aux dispositions légales en vigueur et à l’absence d’engagement contractuel, je vous demande de procéder à la résiliation immédiate de ce contrat, sans frais ni pénalité.</w:t>
      </w:r>
    </w:p>
    <w:p/>
    <w:p>
      <w:r>
        <w:rPr>
          <w:b w:val="0"/>
          <w:sz w:val="20"/>
        </w:rPr>
        <w:t>Je vous remercie de bien vouloir me confirmer par écrit la prise en compte de cette résiliation, ainsi que la date effective de fin de contrat.</w:t>
      </w:r>
    </w:p>
    <w:p/>
    <w:p>
      <w:r>
        <w:rPr>
          <w:b w:val="0"/>
          <w:sz w:val="20"/>
        </w:rPr>
        <w:t>Je vous prie d’agréer, Madame, Monsieur, l’expression de mes salutations distinguées.</w:t>
      </w:r>
    </w:p>
    <w:p/>
    <w:p/>
    <w:p>
      <w:r>
        <w:rPr>
          <w:b w:val="0"/>
          <w:sz w:val="20"/>
        </w:rPr>
        <w:t>Signature :</w:t>
      </w:r>
    </w:p>
    <w:p/>
    <w:p/>
    <w:p/>
    <w:p>
      <w:r>
        <w:rPr>
          <w:b/>
          <w:sz w:val="20"/>
        </w:rPr>
        <w:t>Pièces jointes :</w:t>
      </w:r>
    </w:p>
    <w:p>
      <w:r>
        <w:rPr>
          <w:b w:val="0"/>
          <w:sz w:val="20"/>
        </w:rPr>
        <w:t>- Copie de la pièce d’identité</w:t>
      </w:r>
    </w:p>
    <w:p>
      <w:r>
        <w:rPr>
          <w:b w:val="0"/>
          <w:sz w:val="20"/>
        </w:rPr>
        <w:t>- Justificatif de domicile (le cas échéant)</w:t>
      </w:r>
    </w:p>
    <w:p/>
    <w:p/>
    <w:p>
      <w:r>
        <w:rPr>
          <w:b/>
          <w:sz w:val="20"/>
        </w:rPr>
        <w:t>Informations complémentaires :</w:t>
      </w:r>
    </w:p>
    <w:p>
      <w:r>
        <w:rPr>
          <w:b w:val="0"/>
          <w:sz w:val="20"/>
        </w:rPr>
        <w:t>• Cette lettre doit être envoyée en recommandé avec accusé de réception pour garantir la preuve de l’envoi et de la réception.</w:t>
      </w:r>
    </w:p>
    <w:p>
      <w:r>
        <w:rPr>
          <w:b w:val="0"/>
          <w:sz w:val="20"/>
        </w:rPr>
        <w:t>• La résiliation prend effet à réception de la demande par l’opérateur, conformément à l’article L.221-18 du Code de la consommation.</w:t>
      </w:r>
    </w:p>
    <w:p>
      <w:r>
        <w:rPr>
          <w:b w:val="0"/>
          <w:sz w:val="20"/>
        </w:rPr>
        <w:t>• En cas de prélèvement automatique, pensez à informer votre banque de la résiliation.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Expéditeur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Opérateur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Cachet / Signature : 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https://juridique-administration.com/lettre-de-resiliation-mobile-sans-engagement/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lettre-de-resiliation-mobile-sans-engagement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