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RÉSILIATION DE CONTRAT CANAL PLUS</w:t>
      </w:r>
    </w:p>
    <w:p/>
    <w:p/>
    <w:p>
      <w:r>
        <w:rPr>
          <w:b/>
          <w:sz w:val="20"/>
        </w:rPr>
        <w:t>Nom et Prénom : ______________________________________________</w:t>
      </w:r>
    </w:p>
    <w:p>
      <w:r>
        <w:rPr>
          <w:b w:val="0"/>
          <w:sz w:val="20"/>
        </w:rPr>
        <w:t>Adresse : ______________________________________________________</w:t>
      </w:r>
    </w:p>
    <w:p>
      <w:r>
        <w:rPr>
          <w:b w:val="0"/>
          <w:sz w:val="20"/>
        </w:rPr>
        <w:t>Code postal et Ville : __________________________________________</w:t>
      </w:r>
    </w:p>
    <w:p>
      <w:r>
        <w:rPr>
          <w:b w:val="0"/>
          <w:sz w:val="20"/>
        </w:rPr>
        <w:t>Numéro de téléphone : __________________________________________</w:t>
      </w:r>
    </w:p>
    <w:p>
      <w:r>
        <w:rPr>
          <w:b w:val="0"/>
          <w:sz w:val="20"/>
        </w:rPr>
        <w:t>Adresse e-mail : _______________________________________________</w:t>
      </w:r>
    </w:p>
    <w:p/>
    <w:p>
      <w:r>
        <w:rPr>
          <w:b/>
          <w:sz w:val="20"/>
        </w:rPr>
        <w:t>Service Client CANAL PLUS</w:t>
      </w:r>
    </w:p>
    <w:p>
      <w:r>
        <w:rPr>
          <w:b w:val="0"/>
          <w:sz w:val="20"/>
        </w:rPr>
        <w:t>TSA 86712</w:t>
      </w:r>
    </w:p>
    <w:p>
      <w:r>
        <w:rPr>
          <w:b w:val="0"/>
          <w:sz w:val="20"/>
        </w:rPr>
        <w:t>95905 CERGY PONTOISE CEDEX 9</w:t>
      </w:r>
    </w:p>
    <w:p/>
    <w:p/>
    <w:p>
      <w:r>
        <w:rPr>
          <w:b/>
          <w:sz w:val="20"/>
        </w:rPr>
        <w:t>Objet : Résiliation de mon abonnement CANAL PLUS</w:t>
      </w:r>
    </w:p>
    <w:p/>
    <w:p>
      <w:r>
        <w:rPr>
          <w:b w:val="0"/>
          <w:sz w:val="20"/>
        </w:rPr>
        <w:t>Madame, Monsieur,</w:t>
      </w:r>
    </w:p>
    <w:p/>
    <w:p>
      <w:r>
        <w:rPr>
          <w:b w:val="0"/>
          <w:sz w:val="20"/>
        </w:rPr>
        <w:t>Par la présente, je vous informe de ma volonté de résilier mon abonnement CANAL PLUS associé au numéro de contrat : ________________.</w:t>
      </w:r>
    </w:p>
    <w:p/>
    <w:p>
      <w:r>
        <w:rPr>
          <w:b w:val="0"/>
          <w:sz w:val="20"/>
        </w:rPr>
        <w:t>Conformément aux conditions générales de vente et à la législation en vigueur, cette résiliation prendra effet à l’issue de la période d’engagement en cours ou selon les modalités prévues par mon contrat.</w:t>
      </w:r>
    </w:p>
    <w:p/>
    <w:p>
      <w:r>
        <w:rPr>
          <w:b w:val="0"/>
          <w:sz w:val="20"/>
        </w:rPr>
        <w:t>Je vous remercie de bien vouloir me confirmer la prise en compte de cette résiliation par écrit et de m’adresser un courrier de confirmation précisant la date effective de fin de service.</w:t>
      </w:r>
    </w:p>
    <w:p/>
    <w:p>
      <w:r>
        <w:rPr>
          <w:b w:val="0"/>
          <w:sz w:val="20"/>
        </w:rPr>
        <w:t>Je vous prie également de cesser tout prélèvement automatique relatif à ce contrat à compter de la date de résiliation effective.</w:t>
      </w:r>
    </w:p>
    <w:p/>
    <w:p>
      <w:r>
        <w:rPr>
          <w:b w:val="0"/>
          <w:sz w:val="20"/>
        </w:rPr>
        <w:t>Je vous remercie par avance de l’attention portée à ma demande et reste à votre disposition pour tout renseignement complémentaire.</w:t>
      </w:r>
    </w:p>
    <w:p/>
    <w:p>
      <w:r>
        <w:rPr>
          <w:b w:val="0"/>
          <w:sz w:val="20"/>
        </w:rPr>
        <w:t>Veuillez agréer, Madame, Monsieur, l’expression de mes salutations distinguées.</w:t>
      </w:r>
    </w:p>
    <w:p/>
    <w:p/>
    <w:p>
      <w:r>
        <w:rPr>
          <w:b w:val="0"/>
          <w:sz w:val="20"/>
        </w:rPr>
        <w:t>Signature :</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Fait à : _________________________</w:t>
            </w:r>
          </w:p>
        </w:tc>
        <w:tc>
          <w:tcPr>
            <w:tcW w:type="dxa" w:w="4986"/>
            <w:tcBorders>
              <w:top w:val="nil"/>
              <w:left w:val="nil"/>
              <w:bottom w:val="nil"/>
              <w:right w:val="nil"/>
              <w:insideH w:val="nil"/>
              <w:insideV w:val="nil"/>
            </w:tcBorders>
          </w:tcPr>
          <w:p>
            <w:pPr>
              <w:jc w:val="left"/>
            </w:pPr>
            <w:r>
              <w:t>Le : 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https://juridique-administration.com/lettre-de-resiliation-canal-plus/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de-resiliation-canal-plus/"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