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RÉCLAMATION POUR REMBOURSEMENT</w:t>
      </w:r>
    </w:p>
    <w:p/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/ Ville : ____________________________________________</w:t>
      </w:r>
    </w:p>
    <w:p>
      <w:r>
        <w:rPr>
          <w:b w:val="0"/>
          <w:sz w:val="20"/>
        </w:rPr>
        <w:t>Numéro de téléphone : ___________________________________________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>
      <w:r>
        <w:rPr>
          <w:b/>
          <w:sz w:val="20"/>
        </w:rPr>
        <w:t>Service Client Free</w:t>
      </w:r>
    </w:p>
    <w:p>
      <w:r>
        <w:rPr>
          <w:b w:val="0"/>
          <w:sz w:val="20"/>
        </w:rPr>
        <w:t>Free - Résiliation</w:t>
      </w:r>
    </w:p>
    <w:p>
      <w:r>
        <w:rPr>
          <w:b w:val="0"/>
          <w:sz w:val="20"/>
        </w:rPr>
        <w:t>75371 Paris Cedex 08</w:t>
      </w:r>
    </w:p>
    <w:p/>
    <w:p/>
    <w:p>
      <w:r>
        <w:rPr>
          <w:b/>
          <w:sz w:val="20"/>
        </w:rPr>
        <w:t>Objet : Réclamation et demande de remboursement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ce courrier afin de vous faire part d'une réclamation concernant mon contrat Free dont le numéro est le suivant : _______________________. En effet, suite à une résiliation effective de mon abonnement, je constate qu’un prélèvement injustifié a été effectué sur mon compte bancaire d’un montant de _________________ euros.</w:t>
      </w:r>
    </w:p>
    <w:p/>
    <w:p>
      <w:r>
        <w:rPr>
          <w:b w:val="0"/>
          <w:sz w:val="20"/>
        </w:rPr>
        <w:t>Malgré mes précédentes demandes de remboursement et mes échanges avec votre service client, ce prélèvement n’a pas été régularisé à ce jour. Je vous rappelle que conformément à l’article L221-18 du Code de la consommation, tout consommateur dispose d’un droit de rétractation et doit obtenir le remboursement des sommes indûment perçues.</w:t>
      </w:r>
    </w:p>
    <w:p/>
    <w:p>
      <w:r>
        <w:rPr>
          <w:b w:val="0"/>
          <w:sz w:val="20"/>
        </w:rPr>
        <w:t>Je vous demande donc, par la présente, de bien vouloir procéder au remboursement intégral de cette somme dans les plus brefs délais. À défaut de réponse positive sous un délai de 15 jours, je me verrai dans l’obligation de saisir les autorités compétentes, y compris la Direction Générale de la Concurrence, de la Consommation et de la Répression des Fraudes (DGCCRF), ainsi que les juridictions compétentes.</w:t>
      </w:r>
    </w:p>
    <w:p/>
    <w:p>
      <w:r>
        <w:rPr>
          <w:b w:val="0"/>
          <w:sz w:val="20"/>
        </w:rPr>
        <w:t>Je joins à ce courrier une copie des documents suivants :</w:t>
      </w:r>
    </w:p>
    <w:p>
      <w:r>
        <w:rPr>
          <w:b w:val="0"/>
          <w:sz w:val="20"/>
        </w:rPr>
        <w:t>• Contrat d’abonnement</w:t>
      </w:r>
    </w:p>
    <w:p>
      <w:r>
        <w:rPr>
          <w:b w:val="0"/>
          <w:sz w:val="20"/>
        </w:rPr>
        <w:t>• Preuves de paiement</w:t>
      </w:r>
    </w:p>
    <w:p>
      <w:r>
        <w:rPr>
          <w:b w:val="0"/>
          <w:sz w:val="20"/>
        </w:rPr>
        <w:t>• Courriers et échanges précédents avec le service client</w:t>
      </w:r>
    </w:p>
    <w:p/>
    <w:p>
      <w:r>
        <w:rPr>
          <w:b w:val="0"/>
          <w:sz w:val="20"/>
        </w:rPr>
        <w:t>Je reste à votre disposition pour tout renseignement complémentaire et vous prie d’agréer, Madame, Monsieur, l’expression de mes salutations distinguées.</w:t>
      </w:r>
    </w:p>
    <w:p/>
    <w:p/>
    <w:p/>
    <w:p>
      <w:r>
        <w:rPr>
          <w:b w:val="0"/>
          <w:sz w:val="20"/>
        </w:rPr>
        <w:t>Lieu : __________________________________</w:t>
      </w:r>
    </w:p>
    <w:p>
      <w:r>
        <w:rPr>
          <w:b w:val="0"/>
          <w:sz w:val="20"/>
        </w:rPr>
        <w:t>Signature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Service Client Free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https://juridique-administration.com/lettre-de-reclamation-remboursement-free/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reclamation-remboursement-fre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