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sz w:val="20"/>
        </w:rPr>
        <w:t>Prénom NOM</w:t>
      </w:r>
    </w:p>
    <w:p>
      <w:r>
        <w:rPr>
          <w:b w:val="0"/>
          <w:sz w:val="20"/>
        </w:rPr>
        <w:t>Adresse</w:t>
      </w:r>
    </w:p>
    <w:p>
      <w:r>
        <w:rPr>
          <w:b w:val="0"/>
          <w:sz w:val="20"/>
        </w:rPr>
        <w:t>Code Postal Ville</w:t>
      </w:r>
    </w:p>
    <w:p>
      <w:r>
        <w:rPr>
          <w:b w:val="0"/>
          <w:sz w:val="20"/>
        </w:rPr>
        <w:t>Téléphone : _____________________</w:t>
      </w:r>
    </w:p>
    <w:p>
      <w:r>
        <w:rPr>
          <w:b w:val="0"/>
          <w:sz w:val="20"/>
        </w:rPr>
        <w:t>Email : _________________________</w:t>
      </w:r>
    </w:p>
    <w:p/>
    <w:p/>
    <w:p>
      <w:r>
        <w:rPr>
          <w:b w:val="0"/>
          <w:sz w:val="20"/>
        </w:rPr>
        <w:t>Nom de l’entreprise</w:t>
      </w:r>
    </w:p>
    <w:p>
      <w:r>
        <w:rPr>
          <w:b w:val="0"/>
          <w:sz w:val="20"/>
        </w:rPr>
        <w:t>Service de recrutement</w:t>
      </w:r>
    </w:p>
    <w:p>
      <w:r>
        <w:rPr>
          <w:b w:val="0"/>
          <w:sz w:val="20"/>
        </w:rPr>
        <w:t>Adresse de l’entreprise</w:t>
      </w:r>
    </w:p>
    <w:p>
      <w:r>
        <w:rPr>
          <w:b w:val="0"/>
          <w:sz w:val="20"/>
        </w:rPr>
        <w:t>Code Postal Ville</w:t>
      </w:r>
    </w:p>
    <w:p/>
    <w:p/>
    <w:p>
      <w:r>
        <w:rPr>
          <w:b/>
          <w:sz w:val="20"/>
        </w:rPr>
        <w:t>Objet : Candidature au poste de ____________________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Suite à votre annonce parue sur ____________________, je me permets de vous adresser ma candidature pour le poste de ____________________. Fort(e) d’une expérience significative dans ce domaine, je suis particulièrement motivé(e) par l’opportunité de rejoindre votre équipe et de contribuer au développement de votre entreprise.</w:t>
      </w:r>
    </w:p>
    <w:p/>
    <w:p>
      <w:r>
        <w:rPr>
          <w:b w:val="0"/>
          <w:sz w:val="20"/>
        </w:rPr>
        <w:t>En effet, au cours de mes précédentes expériences professionnelles, notamment chez ____________________, j’ai pu développer des compétences solides en ____________________, qui me permettront d’être rapidement opérationnel(le) dans les missions que vous proposez. Ma capacité à ____________________ ainsi que mon sens du travail en équipe sont des atouts que je souhaite mettre à votre service.</w:t>
      </w:r>
    </w:p>
    <w:p/>
    <w:p>
      <w:r>
        <w:rPr>
          <w:b w:val="0"/>
          <w:sz w:val="20"/>
        </w:rPr>
        <w:t>Titulaire d’un(e) ____________________ obtenu(e) à ____________________, j’ai acquis des connaissances théoriques complétées par des stages et projets concrets. Je maîtrise également les outils suivants : ____________________. Mon sens de l’organisation, ma rigueur et mon autonomie constituent des qualités reconnues par mes précédents employeurs.</w:t>
      </w:r>
    </w:p>
    <w:p/>
    <w:p>
      <w:r>
        <w:rPr>
          <w:b w:val="0"/>
          <w:sz w:val="20"/>
        </w:rPr>
        <w:t>Je serais ravi(e) de pouvoir vous rencontrer afin de discuter plus en détail de ma candidature et de la manière dont je pourrais contribuer à la réussite de votre entreprise. Je reste à votre disposition pour un entretien à votre convenance.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Prénom NOM</w:t>
      </w:r>
    </w:p>
    <w:p/>
    <w:p>
      <w:r>
        <w:rPr>
          <w:b w:val="0"/>
          <w:sz w:val="20"/>
        </w:rPr>
        <w:t>Pièce jointe : Curriculum Vitae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https://juridique-administration.com/lettre-de-motivation-suite-a-une-annonce/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de-motivation-suite-a-une-annonc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