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20"/>
        </w:rPr>
        <w:t>Nom Prénom</w:t>
      </w:r>
    </w:p>
    <w:p>
      <w:r>
        <w:rPr>
          <w:b w:val="0"/>
          <w:sz w:val="20"/>
        </w:rPr>
        <w:t>Adresse complète</w:t>
      </w:r>
    </w:p>
    <w:p>
      <w:r>
        <w:rPr>
          <w:b w:val="0"/>
          <w:sz w:val="20"/>
        </w:rPr>
        <w:t>Téléphone : ____________________</w:t>
      </w:r>
    </w:p>
    <w:p>
      <w:r>
        <w:rPr>
          <w:b w:val="0"/>
          <w:sz w:val="20"/>
        </w:rPr>
        <w:t>Email : ________________________</w:t>
      </w:r>
    </w:p>
    <w:p/>
    <w:p/>
    <w:p>
      <w:r>
        <w:rPr>
          <w:b/>
          <w:sz w:val="20"/>
        </w:rPr>
        <w:t>Nom de l'organisme de formation</w:t>
      </w:r>
    </w:p>
    <w:p>
      <w:r>
        <w:rPr>
          <w:b w:val="0"/>
          <w:sz w:val="20"/>
        </w:rPr>
        <w:t>Adresse complète de l'organisme</w:t>
      </w:r>
    </w:p>
    <w:p/>
    <w:p/>
    <w:p>
      <w:pPr>
        <w:jc w:val="center"/>
      </w:pPr>
      <w:r>
        <w:rPr>
          <w:b/>
          <w:sz w:val="20"/>
        </w:rPr>
        <w:t>Objet : Lettre de motivation pour intégrer la formation</w:t>
      </w:r>
    </w:p>
    <w:p/>
    <w:p/>
    <w:p>
      <w:r>
        <w:rPr>
          <w:b w:val="0"/>
          <w:sz w:val="20"/>
        </w:rPr>
        <w:t>Madame, Monsieur,</w:t>
      </w:r>
    </w:p>
    <w:p/>
    <w:p>
      <w:r>
        <w:rPr>
          <w:b w:val="0"/>
          <w:sz w:val="20"/>
        </w:rPr>
        <w:t>Actuellement à la recherche d’un parcours de formation adapté à mes objectifs professionnels, je souhaite par la présente vous faire part de ma motivation pour intégrer votre formation. Convaincu(e) que cette formation me permettra d’acquérir les compétences nécessaires pour réussir dans mon projet professionnel, je vous adresse ma candidature avec un vif intérêt.</w:t>
      </w:r>
    </w:p>
    <w:p/>
    <w:p>
      <w:r>
        <w:rPr>
          <w:b w:val="0"/>
          <w:sz w:val="20"/>
        </w:rPr>
        <w:t>Titulaire de (préciser diplôme ou expérience), j’ai développé au cours de mes expériences professionnelles des compétences solides en (préciser domaine(s)). Ces expériences m’ont permis de renforcer mon sens de l’organisation, ma rigueur ainsi que ma capacité d’adaptation.</w:t>
      </w:r>
    </w:p>
    <w:p/>
    <w:p>
      <w:r>
        <w:rPr>
          <w:b w:val="0"/>
          <w:sz w:val="20"/>
        </w:rPr>
        <w:t>Intégrer votre formation représente pour moi une opportunité majeure d’approfondir mes connaissances et de me spécialiser davantage dans (préciser domaine ou compétence). Votre programme, reconnu pour sa qualité et son adéquation avec les besoins du marché, correspond parfaitement à mes attentes et objectifs.</w:t>
      </w:r>
    </w:p>
    <w:p/>
    <w:p>
      <w:r>
        <w:rPr>
          <w:b w:val="0"/>
          <w:sz w:val="20"/>
        </w:rPr>
        <w:t>Mon projet professionnel est de (préciser projet), et je suis convaincu(e) que la formation que vous proposez est un tremplin indispensable pour atteindre cet objectif. Je suis prêt(e) à m’investir pleinement dans ce cursus afin d’en tirer le meilleur parti.</w:t>
      </w:r>
    </w:p>
    <w:p/>
    <w:p>
      <w:r>
        <w:rPr>
          <w:b w:val="0"/>
          <w:sz w:val="20"/>
        </w:rPr>
        <w:t>Dynamique, motivé(e) et doté(e) d’un esprit sérieux, je saurai m’intégrer efficacement dans votre formation et contribuer activement aux échanges et travaux proposés.</w:t>
      </w:r>
    </w:p>
    <w:p/>
    <w:p>
      <w:r>
        <w:rPr>
          <w:b w:val="0"/>
          <w:sz w:val="20"/>
        </w:rPr>
        <w:t>Je reste à votre disposition pour un entretien au cours duquel je pourrais vous exposer plus en détail mes motivations et mon projet. Je vous remercie par avance pour l’attention que vous porterez à ma candidature.</w:t>
      </w:r>
    </w:p>
    <w:p/>
    <w:p/>
    <w:p>
      <w:r>
        <w:rPr>
          <w:b w:val="0"/>
          <w:sz w:val="20"/>
        </w:rPr>
        <w:t>Je vous prie d’agréer, Madame, Monsieur, l’expression de mes salutations distinguées.</w:t>
      </w:r>
    </w:p>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right"/>
            </w:pPr>
            <w:r>
              <w:t>Signature</w:t>
            </w:r>
          </w:p>
        </w:tc>
      </w:tr>
      <w:tr>
        <w:tc>
          <w:tcPr>
            <w:tcW w:type="dxa" w:w="9972"/>
            <w:tcBorders>
              <w:top w:val="nil"/>
              <w:left w:val="nil"/>
              <w:bottom w:val="nil"/>
              <w:right w:val="nil"/>
              <w:insideH w:val="nil"/>
              <w:insideV w:val="nil"/>
            </w:tcBorders>
          </w:tcPr>
          <w:p>
            <w:pPr>
              <w:jc w:val="right"/>
            </w:pPr>
            <w:r>
              <w:br/>
              <w:br/>
              <w:t>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https://juridique-administration.com/lettre-de-motivation-pour-une-formation/</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https://juridique-administration.com</w:t>
        </w:r>
      </w:hyperlink>
    </w:p>
    <w:p>
      <w:pPr>
        <w:jc w:val="center"/>
      </w:pPr>
      <w:r>
        <w:rPr>
          <w:color w:val="808080"/>
          <w:sz w:val="20"/>
        </w:rPr>
        <w:t>Ce modèle est destiné exclusivement à un usage personnel et non commercial.</w:t>
        <w:br/>
        <w:t>Toute diffusion ou publication doit obligatoirement mentionner la source. © juridique-administration.com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administration.com/lettre-de-motivation-pour-une-formation/" TargetMode="External"/><Relationship Id="rId10" Type="http://schemas.openxmlformats.org/officeDocument/2006/relationships/hyperlink" Target="https://juridique-administra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