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 POUR LICENCE DE PSYCHOLOGIE EN RECONVERSION</w:t>
      </w:r>
    </w:p>
    <w:p/>
    <w:p/>
    <w:p>
      <w:r>
        <w:rPr>
          <w:b w:val="0"/>
          <w:sz w:val="20"/>
        </w:rPr>
        <w:t>Nom et Prénom : ________________________________________________</w:t>
      </w:r>
    </w:p>
    <w:p>
      <w:r>
        <w:rPr>
          <w:b w:val="0"/>
          <w:sz w:val="20"/>
        </w:rPr>
        <w:t>Adresse : _______________________________________________________</w:t>
      </w:r>
    </w:p>
    <w:p>
      <w:r>
        <w:rPr>
          <w:b w:val="0"/>
          <w:sz w:val="20"/>
        </w:rPr>
        <w:t>Téléphone : _____________________________________________________</w:t>
      </w:r>
    </w:p>
    <w:p>
      <w:r>
        <w:rPr>
          <w:b w:val="0"/>
          <w:sz w:val="20"/>
        </w:rPr>
        <w:t>Email : _________________________________________________________</w:t>
      </w:r>
    </w:p>
    <w:p/>
    <w:p/>
    <w:p>
      <w:r>
        <w:rPr>
          <w:b w:val="0"/>
          <w:sz w:val="20"/>
        </w:rPr>
        <w:t>À l’attention du Service des Admissions</w:t>
      </w:r>
    </w:p>
    <w:p>
      <w:r>
        <w:rPr>
          <w:b w:val="0"/>
          <w:sz w:val="20"/>
        </w:rPr>
        <w:t>Université : _________________________________________________</w:t>
      </w:r>
    </w:p>
    <w:p>
      <w:r>
        <w:rPr>
          <w:b w:val="0"/>
          <w:sz w:val="20"/>
        </w:rPr>
        <w:t>Adresse : _______________________________________________________</w:t>
      </w:r>
    </w:p>
    <w:p>
      <w:r>
        <w:rPr>
          <w:b w:val="0"/>
          <w:sz w:val="20"/>
        </w:rPr>
        <w:t>Ville : _________________________________________________________</w:t>
      </w:r>
    </w:p>
    <w:p/>
    <w:p/>
    <w:p>
      <w:r>
        <w:rPr>
          <w:b/>
          <w:sz w:val="20"/>
        </w:rPr>
        <w:t>Objet :</w:t>
      </w:r>
    </w:p>
    <w:p>
      <w:r>
        <w:rPr>
          <w:b w:val="0"/>
          <w:sz w:val="20"/>
        </w:rPr>
        <w:t>Candidature pour une Licence de Psychologie dans le cadre d’une reconversion professionnelle.</w:t>
      </w:r>
    </w:p>
    <w:p/>
    <w:p/>
    <w:p>
      <w:r>
        <w:rPr>
          <w:b/>
          <w:sz w:val="20"/>
        </w:rPr>
        <w:t>Madame, Monsieur,</w:t>
      </w:r>
    </w:p>
    <w:p/>
    <w:p>
      <w:r>
        <w:rPr>
          <w:b w:val="0"/>
          <w:sz w:val="20"/>
        </w:rPr>
        <w:t>Je me permets de vous adresser ma candidature pour intégrer la Licence de Psychologie proposée par votre université. Actuellement en reconversion professionnelle, je souhaite donner un nouvel élan à mon parcours en m’orientant vers le domaine de la psychologie, discipline qui me passionne et correspond pleinement à mes aspirations personnelles et professionnelles.</w:t>
      </w:r>
    </w:p>
    <w:p/>
    <w:p>
      <w:r>
        <w:rPr>
          <w:b w:val="0"/>
          <w:sz w:val="20"/>
        </w:rPr>
        <w:t>Mon expérience professionnelle antérieure m’a permis de développer des compétences clés telles que l’écoute, l’analyse et la gestion des relations interpersonnelles, qui sont des atouts essentiels pour réussir dans le domaine de la psychologie. Convaincu que la formation que vous proposez me permettra d’acquérir les connaissances théoriques et pratiques indispensables, je suis particulièrement motivé pour m’investir pleinement dans ce cursus exigeant.</w:t>
      </w:r>
    </w:p>
    <w:p/>
    <w:p>
      <w:r>
        <w:rPr>
          <w:b w:val="0"/>
          <w:sz w:val="20"/>
        </w:rPr>
        <w:t>Mon projet professionnel s’inscrit dans une volonté d’accompagner et d’aider les individus en difficulté, en mettant à profit les savoirs acquis lors de ma future formation, notamment dans les domaines de la psychologie clinique, sociale ou du travail. Je souhaite également participer à des travaux de recherche et m’engager dans des actions de prévention et de sensibilisation.</w:t>
      </w:r>
    </w:p>
    <w:p/>
    <w:p>
      <w:r>
        <w:rPr>
          <w:b w:val="0"/>
          <w:sz w:val="20"/>
        </w:rPr>
        <w:t>Rigoureux, à l’écoute et doté d’une grande capacité d’adaptation, je suis prêt à relever les défis que représente cette reconversion. Ma détermination et ma motivation sont des garanties de mon sérieux et de mon engagement au sein de votre établissement.</w:t>
      </w:r>
    </w:p>
    <w:p/>
    <w:p>
      <w:r>
        <w:rPr>
          <w:b w:val="0"/>
          <w:sz w:val="20"/>
        </w:rPr>
        <w:t>Je reste à votre disposition pour tout entretien ou complément d’information que vous jugerez utile. Dans l’attente d’une réponse favorable, je vous prie d’agréer, Madame, Monsieur, l’expression de mes salutations distinguées.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Fait à : _______________________________________</w:t>
            </w:r>
          </w:p>
        </w:tc>
        <w:tc>
          <w:tcPr>
            <w:tcW w:type="dxa" w:w="4986"/>
            <w:tcBorders>
              <w:top w:val="nil"/>
              <w:left w:val="nil"/>
              <w:bottom w:val="nil"/>
              <w:right w:val="nil"/>
              <w:insideH w:val="nil"/>
              <w:insideV w:val="nil"/>
            </w:tcBorders>
          </w:tcPr>
          <w:p>
            <w:pPr>
              <w:jc w:val="left"/>
            </w:pPr>
            <w:r>
              <w:t>Le : _________________________________________</w:t>
            </w:r>
          </w:p>
        </w:tc>
      </w:tr>
      <w:tr>
        <w:tc>
          <w:tcPr>
            <w:tcW w:type="dxa" w:w="4986"/>
            <w:tcBorders>
              <w:top w:val="nil"/>
              <w:left w:val="nil"/>
              <w:bottom w:val="nil"/>
              <w:right w:val="nil"/>
              <w:insideH w:val="nil"/>
              <w:insideV w:val="nil"/>
            </w:tcBorders>
          </w:tcPr>
          <w:p>
            <w:pPr>
              <w:jc w:val="left"/>
            </w:pPr>
            <w:r>
              <w:br/>
              <w:t>Signature : _________________________________</w:t>
            </w:r>
          </w:p>
        </w:tc>
        <w:tc>
          <w:tcPr>
            <w:tcW w:type="dxa" w:w="4986"/>
            <w:tcBorders>
              <w:top w:val="nil"/>
              <w:left w:val="nil"/>
              <w:bottom w:val="nil"/>
              <w:right w:val="nil"/>
              <w:insideH w:val="nil"/>
              <w:insideV w:val="nil"/>
            </w:tcBorders>
          </w:tcPr>
          <w:p>
            <w:pPr>
              <w:jc w:val="left"/>
            </w:pPr>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https://juridique-administration.com/lettre-de-motivation-licence-psychologie-reconversion/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de-motivation-licence-psychologie-reconversion/"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