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LETTRE DE MOTIVATION POUR ENTRER DANS UNE ÉCOLE</w:t>
      </w:r>
    </w:p>
    <w:p/>
    <w:p/>
    <w:p>
      <w:r>
        <w:rPr>
          <w:b/>
          <w:sz w:val="20"/>
        </w:rPr>
        <w:t>Coordonnées de l’étudiant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Email : ___________________________________________________________</w:t>
      </w:r>
    </w:p>
    <w:p/>
    <w:p/>
    <w:p>
      <w:r>
        <w:rPr>
          <w:b/>
          <w:sz w:val="20"/>
        </w:rPr>
        <w:t>Coordonnées de l’école :</w:t>
      </w:r>
    </w:p>
    <w:p>
      <w:r>
        <w:rPr>
          <w:b w:val="0"/>
          <w:sz w:val="20"/>
        </w:rPr>
        <w:t>Nom de l’établissement : 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Ville : ___________________________________________________________</w:t>
      </w:r>
    </w:p>
    <w:p/>
    <w:p/>
    <w:p>
      <w:r>
        <w:rPr>
          <w:b/>
          <w:sz w:val="20"/>
        </w:rPr>
        <w:t>Objet :</w:t>
      </w:r>
    </w:p>
    <w:p>
      <w:r>
        <w:rPr>
          <w:b w:val="0"/>
          <w:sz w:val="20"/>
        </w:rPr>
        <w:t>Candidature pour intégrer votre établissement dans la formation ________________________________</w:t>
      </w:r>
    </w:p>
    <w:p/>
    <w:p/>
    <w:p>
      <w:r>
        <w:rPr>
          <w:b/>
          <w:sz w:val="20"/>
        </w:rPr>
        <w:t>Madame, Monsieur,</w:t>
      </w:r>
    </w:p>
    <w:p/>
    <w:p>
      <w:r>
        <w:rPr>
          <w:b w:val="0"/>
          <w:sz w:val="20"/>
        </w:rPr>
        <w:t>Actuellement étudiant(e) en _______________________, je souhaite vivement intégrer votre école afin de poursuivre mes études dans le domaine de _______________________.</w:t>
      </w:r>
    </w:p>
    <w:p/>
    <w:p>
      <w:r>
        <w:rPr>
          <w:b/>
          <w:sz w:val="20"/>
        </w:rPr>
        <w:t>Mon parcours académique :</w:t>
      </w:r>
    </w:p>
    <w:p>
      <w:r>
        <w:rPr>
          <w:b w:val="0"/>
          <w:sz w:val="20"/>
        </w:rPr>
        <w:t>J’ai obtenu mon diplôme de ____________________ avec mention ______________. Au cours de mes études, j’ai développé un intérêt particulier pour _____________________________.</w:t>
      </w:r>
    </w:p>
    <w:p/>
    <w:p>
      <w:r>
        <w:rPr>
          <w:b/>
          <w:sz w:val="20"/>
        </w:rPr>
        <w:t>Mes motivations :</w:t>
      </w:r>
    </w:p>
    <w:p>
      <w:r>
        <w:rPr>
          <w:b w:val="0"/>
          <w:sz w:val="20"/>
        </w:rPr>
        <w:t>Intégrer votre école représente pour moi une opportunité unique de développer mes compétences, d’approfondir mes connaissances et de bénéficier d’un environnement d’apprentissage stimulant et exigeant.</w:t>
      </w:r>
    </w:p>
    <w:p>
      <w:r>
        <w:rPr>
          <w:b w:val="0"/>
          <w:sz w:val="20"/>
        </w:rPr>
        <w:t>Votre établissement est reconnu pour la qualité de son enseignement, son corps professoral expérimenté et ses partenariats avec des entreprises renommées, ce qui correspond parfaitement à mes aspirations professionnelles.</w:t>
      </w:r>
    </w:p>
    <w:p/>
    <w:p>
      <w:r>
        <w:rPr>
          <w:b/>
          <w:sz w:val="20"/>
        </w:rPr>
        <w:t>Mes qualités et compétences :</w:t>
      </w:r>
    </w:p>
    <w:p>
      <w:r>
        <w:rPr>
          <w:b w:val="0"/>
          <w:sz w:val="20"/>
        </w:rPr>
        <w:t>Rigoureux(se), motivé(e) et ayant un esprit d’équipe développé, je suis également doté(e) d’un sens de l’organisation et d’une capacité d’adaptation qui me permettront de réussir au sein de votre formation.</w:t>
      </w:r>
    </w:p>
    <w:p>
      <w:r>
        <w:rPr>
          <w:b w:val="0"/>
          <w:sz w:val="20"/>
        </w:rPr>
        <w:t>Je maîtrise les outils et techniques suivants : _____________________________________________.</w:t>
      </w:r>
    </w:p>
    <w:p/>
    <w:p>
      <w:r>
        <w:rPr>
          <w:b/>
          <w:sz w:val="20"/>
        </w:rPr>
        <w:t>Mon projet professionnel :</w:t>
      </w:r>
    </w:p>
    <w:p>
      <w:r>
        <w:rPr>
          <w:b w:val="0"/>
          <w:sz w:val="20"/>
        </w:rPr>
        <w:t>Mon objectif est de devenir _________________________. Intégrer votre école constitue une étape essentielle pour atteindre ce but, en me permettant d’acquérir les connaissances et expériences nécessaires.</w:t>
      </w:r>
    </w:p>
    <w:p/>
    <w:p>
      <w:r>
        <w:rPr>
          <w:b w:val="0"/>
          <w:sz w:val="20"/>
        </w:rPr>
        <w:t>En espérant que ma candidature retiendra votre attention, je reste à votre disposition pour tout entretien ou information complémentaire que vous jugerez utile.</w:t>
      </w:r>
    </w:p>
    <w:p/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/>
    <w:p>
      <w:r>
        <w:rPr>
          <w:b w:val="0"/>
          <w:sz w:val="20"/>
        </w:rPr>
        <w:t>Signature :</w:t>
      </w:r>
    </w:p>
    <w:p>
      <w:r>
        <w:rPr>
          <w:b w:val="0"/>
          <w:sz w:val="20"/>
        </w:rPr>
        <w:t>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Lieu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 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Signature de l’étudiant 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https://juridique-administration.com/lettre-de-motivation-etudiant-pour-entrer-dans-une-ecole/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lettre-de-motivation-etudiant-pour-entrer-dans-une-ecol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