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Nom Prénom</w:t>
      </w:r>
    </w:p>
    <w:p>
      <w:r>
        <w:rPr>
          <w:b w:val="0"/>
          <w:sz w:val="20"/>
        </w:rPr>
        <w:t>Adresse complète</w:t>
      </w:r>
    </w:p>
    <w:p>
      <w:r>
        <w:rPr>
          <w:b w:val="0"/>
          <w:sz w:val="20"/>
        </w:rPr>
        <w:t>Téléphone : __________________________</w:t>
      </w:r>
    </w:p>
    <w:p>
      <w:r>
        <w:rPr>
          <w:b w:val="0"/>
          <w:sz w:val="20"/>
        </w:rPr>
        <w:t>Email : ______________________________</w:t>
      </w:r>
    </w:p>
    <w:p/>
    <w:p/>
    <w:p>
      <w:r>
        <w:rPr>
          <w:b/>
          <w:sz w:val="20"/>
        </w:rPr>
        <w:t>À l'attention du Responsable des Ressources Humaines</w:t>
      </w:r>
    </w:p>
    <w:p>
      <w:r>
        <w:rPr>
          <w:b w:val="0"/>
          <w:sz w:val="20"/>
        </w:rPr>
        <w:t>Service Recrutement</w:t>
      </w:r>
    </w:p>
    <w:p>
      <w:r>
        <w:rPr>
          <w:b w:val="0"/>
          <w:sz w:val="20"/>
        </w:rPr>
        <w:t>Nom de l'établissement ou de l'organisation</w:t>
      </w:r>
    </w:p>
    <w:p>
      <w:r>
        <w:rPr>
          <w:b w:val="0"/>
          <w:sz w:val="20"/>
        </w:rPr>
        <w:t>Adresse complète</w:t>
      </w:r>
    </w:p>
    <w:p/>
    <w:p/>
    <w:p>
      <w:r>
        <w:rPr>
          <w:b/>
          <w:sz w:val="20"/>
        </w:rPr>
        <w:t>Objet : Candidature pour un poste de brancardier – sans expérience</w:t>
      </w:r>
    </w:p>
    <w:p/>
    <w:p/>
    <w:p>
      <w:r>
        <w:rPr>
          <w:b w:val="0"/>
          <w:sz w:val="20"/>
        </w:rPr>
        <w:t>Madame, Monsieur,</w:t>
      </w:r>
    </w:p>
    <w:p/>
    <w:p>
      <w:r>
        <w:rPr>
          <w:b w:val="0"/>
          <w:sz w:val="20"/>
        </w:rPr>
        <w:t>Actuellement à la recherche d’une première expérience professionnelle valorisante, je me permets de vous adresser ma candidature pour un poste de brancardier au sein de votre établissement. Motivé, dynamique et profondément investi dans l’aide aux personnes, je souhaite mettre mes qualités humaines et mon sens des responsabilités au service de votre équipe.</w:t>
      </w:r>
    </w:p>
    <w:p/>
    <w:p>
      <w:r>
        <w:rPr>
          <w:b w:val="0"/>
          <w:sz w:val="20"/>
        </w:rPr>
        <w:t>Bien que ne disposant pas d’expérience professionnelle préalable dans le domaine, j’ai développé au cours de mon parcours personnel et scolaire un réel intérêt pour le secteur médical et sanitaire. Je suis particulièrement sensible à la qualité du service rendu aux patients, et conscient de l’importance du rôle du brancardier dans le bon fonctionnement d’un établissement de santé.</w:t>
      </w:r>
    </w:p>
    <w:p/>
    <w:p>
      <w:r>
        <w:rPr>
          <w:b w:val="0"/>
          <w:sz w:val="20"/>
        </w:rPr>
        <w:t>Disponible, ponctuel et rigoureux, je suis également capable de travailler en équipe et d’adopter un comportement professionnel en toutes circonstances. Je suis convaincu que ces qualités, associées à un apprentissage rapide, me permettront de m’intégrer efficacement à votre service et de contribuer au bien-être des patients.</w:t>
      </w:r>
    </w:p>
    <w:p/>
    <w:p>
      <w:r>
        <w:rPr>
          <w:b w:val="0"/>
          <w:sz w:val="20"/>
        </w:rPr>
        <w:t>Je maîtrise les règles d’hygiène et de sécurité, et j’ai la capacité physique nécessaire pour effectuer les déplacements et manipulations demandés par ce poste. Mon sens de l’écoute et ma discrétion me permettront également d’établir une relation de confiance avec les patients.</w:t>
      </w:r>
    </w:p>
    <w:p/>
    <w:p>
      <w:r>
        <w:rPr>
          <w:b w:val="0"/>
          <w:sz w:val="20"/>
        </w:rPr>
        <w:t>Je serais honoré de pouvoir vous rencontrer afin de vous exposer plus en détail mes motivations et l’intérêt que je porte à ce poste. Je vous remercie par avance de l’attention que vous porterez à ma candidature et reste à votre disposition pour tout renseignement complémentaire.</w:t>
      </w:r>
    </w:p>
    <w:p/>
    <w:p/>
    <w:p>
      <w:r>
        <w:rPr>
          <w:b w:val="0"/>
          <w:sz w:val="20"/>
        </w:rPr>
        <w:t>Veuillez agréer, Madame, Monsieur, l’expression de mes salutations respectueuses.</w:t>
      </w:r>
    </w:p>
    <w:p/>
    <w:p/>
    <w:p/>
    <w:p>
      <w:r>
        <w:rPr>
          <w:b/>
          <w:sz w:val="20"/>
        </w:rPr>
        <w:t>Nom Prénom</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w:t>
            </w:r>
          </w:p>
        </w:tc>
        <w:tc>
          <w:tcPr>
            <w:tcW w:type="dxa" w:w="4986"/>
            <w:tcBorders>
              <w:top w:val="nil"/>
              <w:left w:val="nil"/>
              <w:bottom w:val="nil"/>
              <w:right w:val="nil"/>
              <w:insideH w:val="nil"/>
              <w:insideV w:val="nil"/>
            </w:tcBorders>
          </w:tcPr>
          <w:p>
            <w:pPr>
              <w:jc w:val="center"/>
            </w:pPr>
            <w:r>
              <w:t>Recruteur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https://juridique-administration.com/lettre-de-motivation-brancardier-sans-experience/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motivation-brancardier-sans-experienc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