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LETTRE DE MOTIVATION – ATSEM SANS DIPLÔME</w:t>
      </w:r>
    </w:p>
    <w:p/>
    <w:p/>
    <w:p>
      <w:r>
        <w:rPr>
          <w:b/>
          <w:sz w:val="20"/>
        </w:rPr>
        <w:t>Nom et prénom du candidat :</w:t>
      </w:r>
    </w:p>
    <w:p>
      <w:r>
        <w:rPr>
          <w:b w:val="0"/>
          <w:sz w:val="20"/>
        </w:rPr>
        <w:t>__________________________________________________________</w:t>
      </w:r>
    </w:p>
    <w:p/>
    <w:p>
      <w:r>
        <w:rPr>
          <w:b/>
          <w:sz w:val="20"/>
        </w:rPr>
        <w:t>Adresse :</w:t>
      </w:r>
    </w:p>
    <w:p>
      <w:r>
        <w:rPr>
          <w:b w:val="0"/>
          <w:sz w:val="20"/>
        </w:rPr>
        <w:t>__________________________________________________________</w:t>
      </w:r>
    </w:p>
    <w:p/>
    <w:p>
      <w:r>
        <w:rPr>
          <w:b/>
          <w:sz w:val="20"/>
        </w:rPr>
        <w:t>Numéro de téléphone :</w:t>
      </w:r>
    </w:p>
    <w:p>
      <w:r>
        <w:rPr>
          <w:b w:val="0"/>
          <w:sz w:val="20"/>
        </w:rPr>
        <w:t>__________________________________________________________</w:t>
      </w:r>
    </w:p>
    <w:p/>
    <w:p>
      <w:r>
        <w:rPr>
          <w:b/>
          <w:sz w:val="20"/>
        </w:rPr>
        <w:t>Adresse e-mail :</w:t>
      </w:r>
    </w:p>
    <w:p>
      <w:r>
        <w:rPr>
          <w:b w:val="0"/>
          <w:sz w:val="20"/>
        </w:rPr>
        <w:t>__________________________________________________________</w:t>
      </w:r>
    </w:p>
    <w:p/>
    <w:p/>
    <w:p>
      <w:r>
        <w:rPr>
          <w:b/>
          <w:sz w:val="20"/>
        </w:rPr>
        <w:t>Objet : Candidature pour un poste d’Agent Territorial Spécialisé des Écoles Maternelles (ATSEM) sans diplôme</w:t>
      </w:r>
    </w:p>
    <w:p/>
    <w:p/>
    <w:p>
      <w:r>
        <w:rPr>
          <w:b w:val="0"/>
          <w:sz w:val="20"/>
        </w:rPr>
        <w:t>Madame, Monsieur,</w:t>
      </w:r>
    </w:p>
    <w:p/>
    <w:p>
      <w:r>
        <w:rPr>
          <w:b w:val="0"/>
          <w:sz w:val="20"/>
        </w:rPr>
        <w:t>Par la présente, je souhaite vous faire part de mon intérêt pour un poste d’Agent Territorial Spécialisé des Écoles Maternelles (ATSEM) au sein de votre établissement. Bien que je ne sois pas titulaire du diplôme requis, je suis motivé(e) et déterminé(e) à apporter mon sérieux, mon investissement et ma capacité d’adaptation afin de contribuer au bien-être et à la sécurité des enfants.</w:t>
      </w:r>
    </w:p>
    <w:p/>
    <w:p>
      <w:r>
        <w:rPr>
          <w:b w:val="0"/>
          <w:sz w:val="20"/>
        </w:rPr>
        <w:t>Au cours de mes expériences professionnelles précédentes, j’ai pu développer des qualités essentielles telles que la patience, l’écoute, et le sens des responsabilités. J’ai également appris à travailler en équipe et à accompagner les enfants dans leurs activités quotidiennes en respectant les règles d’hygiène et de sécurité.</w:t>
      </w:r>
    </w:p>
    <w:p/>
    <w:p>
      <w:r>
        <w:rPr>
          <w:b w:val="0"/>
          <w:sz w:val="20"/>
        </w:rPr>
        <w:t>Conscient(e) du rôle fondamental que joue un ATSEM dans le bon déroulement de la vie scolaire, je suis prêt(e) à suivre les formations complémentaires nécessaires à l’acquisition des compétences requises. Ma motivation profonde est de participer activement à l’épanouissement des enfants et d’aider le personnel enseignant dans leurs missions.</w:t>
      </w:r>
    </w:p>
    <w:p/>
    <w:p>
      <w:r>
        <w:rPr>
          <w:b w:val="0"/>
          <w:sz w:val="20"/>
        </w:rPr>
        <w:t>Doté(e) d’un sens du relationnel développé et d’une grande disponibilité, je sais faire preuve de discrétion et de respect envers les enfants, les parents et les collègues. Mon dynamisme et ma rigueur sont également des atouts que je mettrai à votre service avec sérieux.</w:t>
      </w:r>
    </w:p>
    <w:p/>
    <w:p>
      <w:r>
        <w:rPr>
          <w:b w:val="0"/>
          <w:sz w:val="20"/>
        </w:rPr>
        <w:t>Je serais heureux(se) de pouvoir vous exposer plus en détail mes motivations lors d’un entretien. Je vous remercie par avance pour l’attention que vous porterez à ma candidature et reste à votre disposition pour toute information complémentaire.</w:t>
      </w:r>
    </w:p>
    <w:p/>
    <w:p/>
    <w:p>
      <w:r>
        <w:rPr>
          <w:b w:val="0"/>
          <w:sz w:val="20"/>
        </w:rPr>
        <w:t>Je vous prie d’agréer, Madame, Monsieur, l’expression de mes salutations distinguées.</w:t>
      </w:r>
    </w:p>
    <w:p/>
    <w:p/>
    <w:p/>
    <w:p/>
    <w:p>
      <w:r>
        <w:rPr>
          <w:b w:val="0"/>
          <w:sz w:val="20"/>
        </w:rPr>
        <w:t>Signature :</w:t>
      </w:r>
    </w:p>
    <w:p>
      <w:r>
        <w:rPr>
          <w:b w:val="0"/>
          <w:sz w:val="20"/>
        </w:rPr>
        <w:t>__________________________________________________________</w:t>
      </w:r>
    </w:p>
    <w:p/>
    <w:p/>
    <w:p>
      <w:r>
        <w:rPr>
          <w:b/>
          <w:sz w:val="20"/>
        </w:rPr>
        <w:t>Pièces jointes :</w:t>
      </w:r>
    </w:p>
    <w:p>
      <w:r>
        <w:rPr>
          <w:b w:val="0"/>
          <w:sz w:val="20"/>
        </w:rPr>
        <w:t>- Curriculum Vitae</w:t>
      </w:r>
    </w:p>
    <w:p>
      <w:r>
        <w:rPr>
          <w:b w:val="0"/>
          <w:sz w:val="20"/>
        </w:rPr>
        <w:t>- Autres documents éventuels</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CANDIDAT</w:t>
            </w:r>
          </w:p>
        </w:tc>
        <w:tc>
          <w:tcPr>
            <w:tcW w:type="dxa" w:w="4986"/>
            <w:tcBorders>
              <w:top w:val="nil"/>
              <w:left w:val="nil"/>
              <w:bottom w:val="nil"/>
              <w:right w:val="nil"/>
              <w:insideH w:val="nil"/>
              <w:insideV w:val="nil"/>
            </w:tcBorders>
          </w:tcPr>
          <w:p>
            <w:pPr>
              <w:jc w:val="center"/>
            </w:pPr>
            <w:r>
              <w:t>RECRUTEUR / MAIRIE</w:t>
            </w:r>
          </w:p>
        </w:tc>
      </w:tr>
      <w:tr>
        <w:tc>
          <w:tcPr>
            <w:tcW w:type="dxa" w:w="4986"/>
            <w:tcBorders>
              <w:top w:val="nil"/>
              <w:left w:val="nil"/>
              <w:bottom w:val="nil"/>
              <w:right w:val="nil"/>
              <w:insideH w:val="nil"/>
              <w:insideV w:val="nil"/>
            </w:tcBorders>
          </w:tcPr>
          <w:p>
            <w:pPr>
              <w:jc w:val="center"/>
            </w:pPr>
            <w:r>
              <w:br/>
              <w:br/>
              <w:t>Téléphone : _____________________</w:t>
              <w:br/>
              <w:t>E-mail : _________________________</w:t>
            </w:r>
          </w:p>
        </w:tc>
        <w:tc>
          <w:tcPr>
            <w:tcW w:type="dxa" w:w="4986"/>
            <w:tcBorders>
              <w:top w:val="nil"/>
              <w:left w:val="nil"/>
              <w:bottom w:val="nil"/>
              <w:right w:val="nil"/>
              <w:insideH w:val="nil"/>
              <w:insideV w:val="nil"/>
            </w:tcBorders>
          </w:tcPr>
          <w:p>
            <w:pPr>
              <w:jc w:val="center"/>
            </w:pPr>
            <w:r>
              <w:br/>
              <w:br/>
              <w:t>Téléphone : _____________________</w:t>
              <w:br/>
              <w:t>E-mail : _________________________</w:t>
            </w:r>
          </w:p>
        </w:tc>
      </w:tr>
      <w:tr>
        <w:tc>
          <w:tcPr>
            <w:tcW w:type="dxa" w:w="4986"/>
            <w:tcBorders>
              <w:top w:val="nil"/>
              <w:left w:val="nil"/>
              <w:bottom w:val="nil"/>
              <w:right w:val="nil"/>
              <w:insideH w:val="nil"/>
              <w:insideV w:val="nil"/>
            </w:tcBorders>
          </w:tcPr>
          <w:p>
            <w:pPr>
              <w:jc w:val="center"/>
            </w:pPr>
            <w:r>
              <w:br/>
              <w:br/>
              <w:t>Signature : _____________________</w:t>
            </w:r>
          </w:p>
        </w:tc>
        <w:tc>
          <w:tcPr>
            <w:tcW w:type="dxa" w:w="4986"/>
            <w:tcBorders>
              <w:top w:val="nil"/>
              <w:left w:val="nil"/>
              <w:bottom w:val="nil"/>
              <w:right w:val="nil"/>
              <w:insideH w:val="nil"/>
              <w:insideV w:val="nil"/>
            </w:tcBorders>
          </w:tcPr>
          <w:p>
            <w:pPr>
              <w:jc w:val="center"/>
            </w:pPr>
            <w:r>
              <w:br/>
              <w:br/>
              <w:t>Signature : 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https://juridique-administration.com/lettre-de-motivation-atsem-sans-diplome/</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https://juridique-administration.com</w:t>
        </w:r>
      </w:hyperlink>
    </w:p>
    <w:p>
      <w:pPr>
        <w:jc w:val="center"/>
      </w:pPr>
      <w:r>
        <w:rPr>
          <w:color w:val="808080"/>
          <w:sz w:val="20"/>
        </w:rPr>
        <w:t>Ce modèle est destiné exclusivement à un usage personnel et non commercial.</w:t>
        <w:br/>
        <w:t>Toute diffusion ou publication doit obligatoirement mentionner la source. © juridique-administration.com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administration.com/lettre-de-motivation-atsem-sans-diplome/" TargetMode="External"/><Relationship Id="rId10" Type="http://schemas.openxmlformats.org/officeDocument/2006/relationships/hyperlink" Target="https://juridique-administra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