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val="0"/>
          <w:sz w:val="20"/>
        </w:rPr>
        <w:t>Nom Prénom</w:t>
      </w:r>
    </w:p>
    <w:p>
      <w:r>
        <w:rPr>
          <w:b w:val="0"/>
          <w:sz w:val="20"/>
        </w:rPr>
        <w:t>Adresse complète</w:t>
      </w:r>
    </w:p>
    <w:p>
      <w:r>
        <w:rPr>
          <w:b w:val="0"/>
          <w:sz w:val="20"/>
        </w:rPr>
        <w:t>Code postal Ville</w:t>
      </w:r>
    </w:p>
    <w:p>
      <w:r>
        <w:rPr>
          <w:b w:val="0"/>
          <w:sz w:val="20"/>
        </w:rPr>
        <w:t>Téléphone : _______________________</w:t>
      </w:r>
    </w:p>
    <w:p>
      <w:r>
        <w:rPr>
          <w:b w:val="0"/>
          <w:sz w:val="20"/>
        </w:rPr>
        <w:t>E-mail : __________________________</w:t>
      </w:r>
    </w:p>
    <w:p/>
    <w:p/>
    <w:p>
      <w:r>
        <w:rPr>
          <w:b w:val="0"/>
          <w:sz w:val="20"/>
        </w:rPr>
        <w:t>Nom de l’entreprise / organisme</w:t>
      </w:r>
    </w:p>
    <w:p>
      <w:r>
        <w:rPr>
          <w:b w:val="0"/>
          <w:sz w:val="20"/>
        </w:rPr>
        <w:t>Service des Ressources Humaines</w:t>
      </w:r>
    </w:p>
    <w:p>
      <w:r>
        <w:rPr>
          <w:b w:val="0"/>
          <w:sz w:val="20"/>
        </w:rPr>
        <w:t>Adresse complète</w:t>
      </w:r>
    </w:p>
    <w:p>
      <w:r>
        <w:rPr>
          <w:b w:val="0"/>
          <w:sz w:val="20"/>
        </w:rPr>
        <w:t>Code postal Ville</w:t>
      </w:r>
    </w:p>
    <w:p/>
    <w:p/>
    <w:p>
      <w:r>
        <w:rPr>
          <w:b/>
          <w:sz w:val="20"/>
        </w:rPr>
        <w:t>Objet : Candidature pour un contrat d’apprentissage</w:t>
      </w:r>
    </w:p>
    <w:p>
      <w:r>
        <w:rPr>
          <w:b w:val="0"/>
          <w:sz w:val="20"/>
        </w:rPr>
        <w:t>Lieu : _______________________________</w:t>
      </w:r>
    </w:p>
    <w:p/>
    <w:p/>
    <w:p>
      <w:r>
        <w:rPr>
          <w:b w:val="0"/>
          <w:sz w:val="20"/>
        </w:rPr>
        <w:t>Madame, Monsieur,</w:t>
      </w:r>
    </w:p>
    <w:p/>
    <w:p>
      <w:r>
        <w:rPr>
          <w:b w:val="0"/>
          <w:sz w:val="20"/>
        </w:rPr>
        <w:t>Actuellement à la recherche d’un contrat d’apprentissage dans le cadre de ma formation, je souhaite vous soumettre ma candidature pour intégrer votre établissement en tant qu'apprenti(e).</w:t>
      </w:r>
    </w:p>
    <w:p/>
    <w:p>
      <w:r>
        <w:rPr>
          <w:b w:val="0"/>
          <w:sz w:val="20"/>
        </w:rPr>
        <w:t>Âgé(e) de ______ ans, je prépare actuellement un diplôme de _________________________ (ex : BTS, CAP, Licence professionnelle) en _________________________ (préciser le domaine ou spécialité).</w:t>
      </w:r>
    </w:p>
    <w:p/>
    <w:p>
      <w:r>
        <w:rPr>
          <w:b w:val="0"/>
          <w:sz w:val="20"/>
        </w:rPr>
        <w:t>Attiré(e) par votre secteur d’activité et convaincu(e) que votre entreprise représente un cadre idéal pour développer mes compétences, je suis particulièrement motivé(e) à l’idée d’apprendre au sein de vos équipes.</w:t>
      </w:r>
    </w:p>
    <w:p/>
    <w:p>
      <w:r>
        <w:rPr>
          <w:b w:val="0"/>
          <w:sz w:val="20"/>
        </w:rPr>
        <w:t>Mes expériences précédentes et mes qualités personnelles, telles que la rigueur, le sens de l’organisation et le goût du travail en équipe, me permettront de m’intégrer efficacement et de contribuer activement à vos projets.</w:t>
      </w:r>
    </w:p>
    <w:p/>
    <w:p>
      <w:r>
        <w:rPr>
          <w:b w:val="0"/>
          <w:sz w:val="20"/>
        </w:rPr>
        <w:t>Disponible à partir de ________, je suis prêt(e) à m’investir pleinement pour mener à bien les missions qui me seront confiées et pour réussir ce parcours d’apprentissage.</w:t>
      </w:r>
    </w:p>
    <w:p/>
    <w:p>
      <w:r>
        <w:rPr>
          <w:b w:val="0"/>
          <w:sz w:val="20"/>
        </w:rPr>
        <w:t>Je me tiens à votre disposition pour tout entretien au cours duquel je pourrais vous exposer plus en détail mes motivations et répondre à vos questions.</w:t>
      </w:r>
    </w:p>
    <w:p/>
    <w:p>
      <w:r>
        <w:rPr>
          <w:b w:val="0"/>
          <w:sz w:val="20"/>
        </w:rPr>
        <w:t>Je vous prie d’agréer, Madame, Monsieur, l’expression de mes salutations distinguées.</w:t>
      </w:r>
    </w:p>
    <w:p/>
    <w:p/>
    <w:p/>
    <w:p>
      <w:r>
        <w:rPr>
          <w:b w:val="0"/>
          <w:sz w:val="20"/>
        </w:rPr>
        <w:t>Signature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Candidat</w:t>
            </w:r>
          </w:p>
        </w:tc>
        <w:tc>
          <w:tcPr>
            <w:tcW w:type="dxa" w:w="4986"/>
            <w:tcBorders>
              <w:top w:val="nil"/>
              <w:left w:val="nil"/>
              <w:bottom w:val="nil"/>
              <w:right w:val="nil"/>
              <w:insideH w:val="nil"/>
              <w:insideV w:val="nil"/>
            </w:tcBorders>
          </w:tcPr>
          <w:p>
            <w:pPr>
              <w:jc w:val="center"/>
            </w:pPr>
            <w:r>
              <w:t>Entreprise</w:t>
            </w:r>
          </w:p>
        </w:tc>
      </w:tr>
      <w:tr>
        <w:tc>
          <w:tcPr>
            <w:tcW w:type="dxa" w:w="4986"/>
            <w:tcBorders>
              <w:top w:val="nil"/>
              <w:left w:val="nil"/>
              <w:bottom w:val="nil"/>
              <w:right w:val="nil"/>
              <w:insideH w:val="nil"/>
              <w:insideV w:val="nil"/>
            </w:tcBorders>
          </w:tcPr>
          <w:p>
            <w:pPr>
              <w:jc w:val="center"/>
            </w:pPr>
            <w:r>
              <w:t>Nom : ________________________________</w:t>
              <w:br/>
              <w:t>Téléphone : __________________________</w:t>
              <w:br/>
              <w:t>E-mail : _____________________________</w:t>
            </w:r>
          </w:p>
        </w:tc>
        <w:tc>
          <w:tcPr>
            <w:tcW w:type="dxa" w:w="4986"/>
            <w:tcBorders>
              <w:top w:val="nil"/>
              <w:left w:val="nil"/>
              <w:bottom w:val="nil"/>
              <w:right w:val="nil"/>
              <w:insideH w:val="nil"/>
              <w:insideV w:val="nil"/>
            </w:tcBorders>
          </w:tcPr>
          <w:p>
            <w:pPr>
              <w:jc w:val="center"/>
            </w:pPr>
            <w:r>
              <w:t>Nom : ________________________________</w:t>
              <w:br/>
              <w:t>Téléphone : __________________________</w:t>
              <w:br/>
              <w:t>E-mail : _____________________________</w:t>
            </w:r>
          </w:p>
        </w:tc>
      </w:tr>
      <w:tr>
        <w:tc>
          <w:tcPr>
            <w:tcW w:type="dxa" w:w="4986"/>
            <w:tcBorders>
              <w:top w:val="nil"/>
              <w:left w:val="nil"/>
              <w:bottom w:val="nil"/>
              <w:right w:val="nil"/>
              <w:insideH w:val="nil"/>
              <w:insideV w:val="nil"/>
            </w:tcBorders>
          </w:tcPr>
          <w:p>
            <w:pPr>
              <w:jc w:val="center"/>
            </w:pPr>
            <w:r>
              <w:br/>
              <w:t>Signature : _________________________</w:t>
            </w:r>
          </w:p>
        </w:tc>
        <w:tc>
          <w:tcPr>
            <w:tcW w:type="dxa" w:w="4986"/>
            <w:tcBorders>
              <w:top w:val="nil"/>
              <w:left w:val="nil"/>
              <w:bottom w:val="nil"/>
              <w:right w:val="nil"/>
              <w:insideH w:val="nil"/>
              <w:insideV w:val="nil"/>
            </w:tcBorders>
          </w:tcPr>
          <w:p>
            <w:pPr>
              <w:jc w:val="center"/>
            </w:pPr>
            <w:r>
              <w:br/>
              <w:t>Signature : 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https://juridique-administration.com/lettre-de-motivation-apprentissage/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lettre-de-motivation-apprentissag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