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DE DEMANDE</w:t>
      </w:r>
    </w:p>
    <w:p/>
    <w:p/>
    <w:p>
      <w:r>
        <w:rPr>
          <w:b/>
          <w:sz w:val="20"/>
        </w:rPr>
        <w:t>Expéditeur :</w:t>
      </w:r>
    </w:p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Code postal et Ville : __________________________________________</w:t>
      </w:r>
    </w:p>
    <w:p>
      <w:r>
        <w:rPr>
          <w:b w:val="0"/>
          <w:sz w:val="20"/>
        </w:rPr>
        <w:t>Téléphone : ____________________________________________________</w:t>
      </w:r>
    </w:p>
    <w:p>
      <w:r>
        <w:rPr>
          <w:b w:val="0"/>
          <w:sz w:val="20"/>
        </w:rPr>
        <w:t>Adresse e-mail : _______________________________________________</w:t>
      </w:r>
    </w:p>
    <w:p/>
    <w:p/>
    <w:p>
      <w:r>
        <w:rPr>
          <w:b/>
          <w:sz w:val="20"/>
        </w:rPr>
        <w:t>Destinataire :</w:t>
      </w:r>
    </w:p>
    <w:p>
      <w:r>
        <w:rPr>
          <w:b w:val="0"/>
          <w:sz w:val="20"/>
        </w:rPr>
        <w:t>Nom et Prénom ou Société : _____________________________________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Code postal et Ville : __________________________________________</w:t>
      </w:r>
    </w:p>
    <w:p/>
    <w:p/>
    <w:p>
      <w:r>
        <w:rPr>
          <w:b/>
          <w:sz w:val="20"/>
        </w:rPr>
        <w:t>Objet :</w:t>
      </w:r>
    </w:p>
    <w:p>
      <w:r>
        <w:rPr>
          <w:b/>
          <w:sz w:val="20"/>
        </w:rPr>
        <w:t>Demande de renseignements / d’informations / de document(s) / d’intervention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adresser la présente lettre afin de solliciter votre bienveillance concernant la demande suivante :</w:t>
      </w:r>
    </w:p>
    <w:p/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 w:val="0"/>
          <w:sz w:val="20"/>
        </w:rPr>
        <w:t>Je vous saurais gré de bien vouloir me fournir les informations ou documents nécessaires dans les meilleurs délais.</w:t>
      </w:r>
    </w:p>
    <w:p/>
    <w:p>
      <w:r>
        <w:rPr>
          <w:b w:val="0"/>
          <w:sz w:val="20"/>
        </w:rPr>
        <w:t>Je reste à votre disposition pour tout renseignement complémentaire ou pour convenir d’un rendez-vous si nécessaire.</w:t>
      </w:r>
    </w:p>
    <w:p/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Lieu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https://juridique-administration.com/lettre-de-demande/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lettre-de-demand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