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 DE CONGÉ LONGUE MALADIE</w:t>
      </w:r>
    </w:p>
    <w:p/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>
      <w:r>
        <w:rPr>
          <w:b w:val="0"/>
          <w:sz w:val="20"/>
        </w:rPr>
        <w:t>Numéro de sécurité sociale : 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/>
    <w:p/>
    <w:p>
      <w:r>
        <w:rPr>
          <w:b w:val="0"/>
          <w:sz w:val="20"/>
        </w:rPr>
        <w:t>Nom de l’entreprise : ___________________________________________</w:t>
      </w:r>
    </w:p>
    <w:p>
      <w:r>
        <w:rPr>
          <w:b w:val="0"/>
          <w:sz w:val="20"/>
        </w:rPr>
        <w:t>Adresse de l’entreprise : 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>
      <w:r>
        <w:rPr>
          <w:b w:val="0"/>
          <w:sz w:val="20"/>
        </w:rPr>
        <w:t>À l’attention de : _______________________________________________</w:t>
      </w:r>
    </w:p>
    <w:p/>
    <w:p/>
    <w:p>
      <w:r>
        <w:rPr>
          <w:b w:val="0"/>
          <w:sz w:val="20"/>
        </w:rPr>
        <w:t>Lieu : _________________________________</w:t>
      </w:r>
    </w:p>
    <w:p>
      <w:r>
        <w:rPr>
          <w:b w:val="0"/>
          <w:sz w:val="20"/>
        </w:rPr>
        <w:t>Date : _________________________________</w:t>
      </w:r>
    </w:p>
    <w:p/>
    <w:p/>
    <w:p>
      <w:r>
        <w:rPr>
          <w:b/>
          <w:sz w:val="20"/>
        </w:rPr>
        <w:t>Objet : Demande de congé longue maladie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vous informe, par la présente, de ma situation médicale actuelle qui nécessite un arrêt prolongé de travail.</w:t>
      </w:r>
    </w:p>
    <w:p>
      <w:r>
        <w:rPr>
          <w:b w:val="0"/>
          <w:sz w:val="20"/>
        </w:rPr>
        <w:t>Conformément aux dispositions du Code de la Sécurité sociale, notamment les articles L323-1 et suivants,</w:t>
      </w:r>
    </w:p>
    <w:p>
      <w:r>
        <w:rPr>
          <w:b w:val="0"/>
          <w:sz w:val="20"/>
        </w:rPr>
        <w:t>je sollicite l’octroi d’un congé longue maladie pour une durée qui sera précisée par mon médecin traitant et la médecine du travail.</w:t>
      </w:r>
    </w:p>
    <w:p/>
    <w:p>
      <w:r>
        <w:rPr>
          <w:b w:val="0"/>
          <w:sz w:val="20"/>
        </w:rPr>
        <w:t>Je reste à votre disposition pour vous fournir l’ensemble des certificats médicaux nécessaires à la constitution de mon dossier.</w:t>
      </w:r>
    </w:p>
    <w:p>
      <w:r>
        <w:rPr>
          <w:b w:val="0"/>
          <w:sz w:val="20"/>
        </w:rPr>
        <w:t>Je m’engage à respecter les obligations liées à ce congé, notamment en termes de suivi médical et de transmission des justificatifs.</w:t>
      </w:r>
    </w:p>
    <w:p/>
    <w:p>
      <w:r>
        <w:rPr>
          <w:b w:val="0"/>
          <w:sz w:val="20"/>
        </w:rPr>
        <w:t>Je vous remercie par avance de l’attention portée à ma demande et reste à votre disposition pour toute information complémentaire.</w:t>
      </w:r>
    </w:p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du salarié 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https://juridique-administration.com/lettre-de-demande-de-conge-longue-maladie/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demande-de-conge-longue-maladi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