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CRÉANCE</w:t>
      </w:r>
    </w:p>
    <w:p/>
    <w:p/>
    <w:p>
      <w:r>
        <w:rPr>
          <w:b/>
          <w:sz w:val="20"/>
        </w:rPr>
        <w:t>Je soussigné(e),</w:t>
      </w:r>
    </w:p>
    <w:p>
      <w:r>
        <w:rPr>
          <w:b w:val="0"/>
          <w:sz w:val="20"/>
        </w:rPr>
        <w:t>Nom et Prénom : _________________________________________________</w:t>
      </w:r>
    </w:p>
    <w:p>
      <w:r>
        <w:rPr>
          <w:b w:val="0"/>
          <w:sz w:val="20"/>
        </w:rPr>
        <w:t>Adresse : ________________________________________________________</w:t>
      </w:r>
    </w:p>
    <w:p>
      <w:r>
        <w:rPr>
          <w:b w:val="0"/>
          <w:sz w:val="20"/>
        </w:rPr>
        <w:t>Téléphone : ______________________________________________________</w:t>
      </w:r>
    </w:p>
    <w:p>
      <w:r>
        <w:rPr>
          <w:b w:val="0"/>
          <w:sz w:val="20"/>
        </w:rPr>
        <w:t>Adresse électronique : ___________________________________________</w:t>
      </w:r>
    </w:p>
    <w:p/>
    <w:p>
      <w:r>
        <w:rPr>
          <w:b/>
          <w:sz w:val="20"/>
        </w:rPr>
        <w:t>Confère par la présente à :</w:t>
      </w:r>
    </w:p>
    <w:p>
      <w:r>
        <w:rPr>
          <w:b w:val="0"/>
          <w:sz w:val="20"/>
        </w:rPr>
        <w:t>Nom et Prénom : _________________________________________________</w:t>
      </w:r>
    </w:p>
    <w:p>
      <w:r>
        <w:rPr>
          <w:b w:val="0"/>
          <w:sz w:val="20"/>
        </w:rPr>
        <w:t>Adresse : ________________________________________________________</w:t>
      </w:r>
    </w:p>
    <w:p>
      <w:r>
        <w:rPr>
          <w:b w:val="0"/>
          <w:sz w:val="20"/>
        </w:rPr>
        <w:t>Téléphone : ______________________________________________________</w:t>
      </w:r>
    </w:p>
    <w:p>
      <w:r>
        <w:rPr>
          <w:b w:val="0"/>
          <w:sz w:val="20"/>
        </w:rPr>
        <w:t>Adresse électronique : ___________________________________________</w:t>
      </w:r>
    </w:p>
    <w:p/>
    <w:p>
      <w:r>
        <w:rPr>
          <w:b/>
          <w:sz w:val="20"/>
        </w:rPr>
        <w:t>La qualité de mon mandataire chargé de me représenter auprès de :</w:t>
      </w:r>
    </w:p>
    <w:p>
      <w:r>
        <w:rPr>
          <w:b w:val="0"/>
          <w:sz w:val="20"/>
        </w:rPr>
        <w:t>Organisation / Société : __________________________________________</w:t>
      </w:r>
    </w:p>
    <w:p>
      <w:r>
        <w:rPr>
          <w:b w:val="0"/>
          <w:sz w:val="20"/>
        </w:rPr>
        <w:t>Adresse : ________________________________________________________</w:t>
      </w:r>
    </w:p>
    <w:p>
      <w:r>
        <w:rPr>
          <w:b w:val="0"/>
          <w:sz w:val="20"/>
        </w:rPr>
        <w:t>Téléphone : ______________________________________________________</w:t>
      </w:r>
    </w:p>
    <w:p/>
    <w:p>
      <w:r>
        <w:rPr>
          <w:b/>
          <w:sz w:val="20"/>
        </w:rPr>
        <w:t>Objet de la mission :</w:t>
      </w:r>
    </w:p>
    <w:p>
      <w:r>
        <w:rPr>
          <w:b w:val="0"/>
          <w:sz w:val="20"/>
        </w:rPr>
        <w:t>Le mandataire est habilité à agir en mon nom et pour mon compte dans toutes les démarches, négociations, et actes nécessaires relatifs à la mission confiée, dans le respect des pouvoirs qui lui sont accordés par la présente lettre de créance. Il pourra notamment signer, conclure, accepter, et recevoir tout document ou paiement afférent à cette mission.</w:t>
      </w:r>
    </w:p>
    <w:p/>
    <w:p>
      <w:r>
        <w:rPr>
          <w:b/>
          <w:sz w:val="20"/>
        </w:rPr>
        <w:t>Étendue des pouvoirs :</w:t>
      </w:r>
    </w:p>
    <w:p>
      <w:r>
        <w:rPr>
          <w:b w:val="0"/>
          <w:sz w:val="20"/>
        </w:rPr>
        <w:t>Le mandataire est autorisé à accomplir tous les actes suivants :</w:t>
      </w:r>
    </w:p>
    <w:p>
      <w:r>
        <w:rPr>
          <w:b w:val="0"/>
          <w:sz w:val="20"/>
        </w:rPr>
        <w:t>• Représentation auprès des administrations, organismes, établissements et tiers concernés.</w:t>
      </w:r>
    </w:p>
    <w:p>
      <w:r>
        <w:rPr>
          <w:b w:val="0"/>
          <w:sz w:val="20"/>
        </w:rPr>
        <w:t>• Négociation et conclusion d’accords ou contrats nécessaires à l’exécution de la mission.</w:t>
      </w:r>
    </w:p>
    <w:p>
      <w:r>
        <w:rPr>
          <w:b w:val="0"/>
          <w:sz w:val="20"/>
        </w:rPr>
        <w:t>• Réception et émission de correspondances, communications et documents afférents.</w:t>
      </w:r>
    </w:p>
    <w:p>
      <w:r>
        <w:rPr>
          <w:b w:val="0"/>
          <w:sz w:val="20"/>
        </w:rPr>
        <w:t>• Signature de tout document nécessaire à la bonne exécution de la mission.</w:t>
      </w:r>
    </w:p>
    <w:p/>
    <w:p>
      <w:r>
        <w:rPr>
          <w:b/>
          <w:sz w:val="20"/>
        </w:rPr>
        <w:t>Durée de validité :</w:t>
      </w:r>
    </w:p>
    <w:p>
      <w:r>
        <w:rPr>
          <w:b w:val="0"/>
          <w:sz w:val="20"/>
        </w:rPr>
        <w:t>La présente lettre de créance prend effet immédiatement et demeure valable jusqu’à révocation écrite de ma part, notifiée au mandataire par lettre recommandée avec accusé de réception.</w:t>
      </w:r>
    </w:p>
    <w:p/>
    <w:p>
      <w:r>
        <w:rPr>
          <w:b/>
          <w:sz w:val="20"/>
        </w:rPr>
        <w:t>Obligations et responsabilités du mandataire :</w:t>
      </w:r>
    </w:p>
    <w:p>
      <w:r>
        <w:rPr>
          <w:b w:val="0"/>
          <w:sz w:val="20"/>
        </w:rPr>
        <w:t>Le mandataire s’engage à agir avec diligence, loyauté et conformément aux instructions qui lui ont été données. Il doit tenir informé le mandant de l’avancement de la mission et lui rendre compte de toute opération importante. Le mandataire n’est pas autorisé à engager ma responsabilité au-delà des pouvoirs qui lui sont conférés.</w:t>
      </w:r>
    </w:p>
    <w:p/>
    <w:p>
      <w:r>
        <w:rPr>
          <w:b/>
          <w:sz w:val="20"/>
        </w:rPr>
        <w:t>Révocation et fin de mandat :</w:t>
      </w:r>
    </w:p>
    <w:p>
      <w:r>
        <w:rPr>
          <w:b w:val="0"/>
          <w:sz w:val="20"/>
        </w:rPr>
        <w:t>La présente lettre de créance peut être révoquée à tout moment par le mandant par notification écrite adressée au mandataire. En cas de décès, d’incapacité ou de cessation d’activité du mandataire, la lettre de créance prendra fin immédiatement.</w:t>
      </w:r>
    </w:p>
    <w:p/>
    <w:p>
      <w:r>
        <w:rPr>
          <w:b/>
          <w:sz w:val="20"/>
        </w:rPr>
        <w:t>Loi applicable et juridiction :</w:t>
      </w:r>
    </w:p>
    <w:p>
      <w:r>
        <w:rPr>
          <w:b w:val="0"/>
          <w:sz w:val="20"/>
        </w:rPr>
        <w:t>La présente lettre de créance est régie par le droit français. Tout litige relatif à son interprétation ou à son exécution sera soumis aux tribunaux compétents du ressort du domicile du mandant.</w:t>
      </w:r>
    </w:p>
    <w:p/>
    <w:p/>
    <w:p>
      <w:r>
        <w:rPr>
          <w:b w:val="0"/>
          <w:sz w:val="20"/>
        </w:rPr>
        <w:t>Lieu de signature : _______________________________________________</w:t>
      </w:r>
    </w:p>
    <w:p>
      <w:r>
        <w:rPr>
          <w:b w:val="0"/>
          <w:sz w:val="20"/>
        </w:rPr>
        <w:t>Date de signature :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MANDANT</w:t>
            </w:r>
          </w:p>
        </w:tc>
        <w:tc>
          <w:tcPr>
            <w:tcW w:type="dxa" w:w="4986"/>
            <w:tcBorders>
              <w:top w:val="nil"/>
              <w:left w:val="nil"/>
              <w:bottom w:val="nil"/>
              <w:right w:val="nil"/>
              <w:insideH w:val="nil"/>
              <w:insideV w:val="nil"/>
            </w:tcBorders>
          </w:tcPr>
          <w:p>
            <w:pPr>
              <w:jc w:val="center"/>
            </w:pPr>
            <w:r>
              <w:t>MANDATAIRE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https://juridique-administration.com/lettre-de-creance-exemple/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creance-exempl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