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D’AUTORISATION DE VENTE DE VÉHICULE PAR SUCCESSION</w:t>
      </w:r>
    </w:p>
    <w:p/>
    <w:p/>
    <w:p>
      <w:r>
        <w:rPr>
          <w:b/>
          <w:sz w:val="20"/>
        </w:rPr>
        <w:t xml:space="preserve">Je soussigné(e) : </w:t>
      </w:r>
    </w:p>
    <w:p>
      <w:r>
        <w:rPr>
          <w:b w:val="0"/>
          <w:sz w:val="20"/>
        </w:rPr>
        <w:t>Nom et Prénom : ____________________________________________________________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>
      <w:r>
        <w:rPr>
          <w:b w:val="0"/>
          <w:sz w:val="20"/>
        </w:rPr>
        <w:t>Lien avec le défunt : _______________________________________________________</w:t>
      </w:r>
    </w:p>
    <w:p/>
    <w:p>
      <w:r>
        <w:rPr>
          <w:b/>
          <w:sz w:val="20"/>
        </w:rPr>
        <w:t>Autorise par la présente :</w:t>
      </w:r>
    </w:p>
    <w:p>
      <w:r>
        <w:rPr>
          <w:b w:val="0"/>
          <w:sz w:val="20"/>
        </w:rPr>
        <w:t>Nom et Prénom du mandataire autorisé à vendre le véhicule : __________________</w:t>
      </w:r>
    </w:p>
    <w:p>
      <w:r>
        <w:rPr>
          <w:b w:val="0"/>
          <w:sz w:val="20"/>
        </w:rPr>
        <w:t>Date et lieu de naissance : _________________________________________________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/>
    <w:p>
      <w:r>
        <w:rPr>
          <w:b/>
          <w:sz w:val="20"/>
        </w:rPr>
        <w:t>Informations relatives au défunt :</w:t>
      </w:r>
    </w:p>
    <w:p>
      <w:r>
        <w:rPr>
          <w:b w:val="0"/>
          <w:sz w:val="20"/>
        </w:rPr>
        <w:t>Nom et Prénom : ____________________________________________________________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_________________________________________________</w:t>
      </w:r>
    </w:p>
    <w:p>
      <w:r>
        <w:rPr>
          <w:b w:val="0"/>
          <w:sz w:val="20"/>
        </w:rPr>
        <w:t>Date et lieu du décès : _____________________________________________________</w:t>
      </w:r>
    </w:p>
    <w:p/>
    <w:p>
      <w:r>
        <w:rPr>
          <w:b/>
          <w:sz w:val="20"/>
        </w:rPr>
        <w:t>Informations relatives au véhicule :</w:t>
      </w:r>
    </w:p>
    <w:p>
      <w:r>
        <w:rPr>
          <w:b w:val="0"/>
          <w:sz w:val="20"/>
        </w:rPr>
        <w:t>Marque : _________________________________________________________________</w:t>
      </w:r>
    </w:p>
    <w:p>
      <w:r>
        <w:rPr>
          <w:b w:val="0"/>
          <w:sz w:val="20"/>
        </w:rPr>
        <w:t>Modèle : _________________________________________________________________</w:t>
      </w:r>
    </w:p>
    <w:p>
      <w:r>
        <w:rPr>
          <w:b w:val="0"/>
          <w:sz w:val="20"/>
        </w:rPr>
        <w:t>Numéro d’immatriculation : ________________________________________________</w:t>
      </w:r>
    </w:p>
    <w:p>
      <w:r>
        <w:rPr>
          <w:b w:val="0"/>
          <w:sz w:val="20"/>
        </w:rPr>
        <w:t>Numéro de série (VIN) : __________________________________________________</w:t>
      </w:r>
    </w:p>
    <w:p>
      <w:r>
        <w:rPr>
          <w:b w:val="0"/>
          <w:sz w:val="20"/>
        </w:rPr>
        <w:t>Date de première mise en circulation : _____________________________________</w:t>
      </w:r>
    </w:p>
    <w:p/>
    <w:p>
      <w:r>
        <w:rPr>
          <w:b/>
          <w:sz w:val="20"/>
        </w:rPr>
        <w:t>Objet de l’autorisation :</w:t>
      </w:r>
    </w:p>
    <w:p>
      <w:r>
        <w:rPr>
          <w:b w:val="0"/>
          <w:sz w:val="20"/>
        </w:rPr>
        <w:t>Par la présente, j’autorise le mandataire susnommé à procéder à la vente du véhicule décrit ci-dessus,</w:t>
      </w:r>
    </w:p>
    <w:p>
      <w:r>
        <w:rPr>
          <w:b w:val="0"/>
          <w:sz w:val="20"/>
        </w:rPr>
        <w:t>hérité à la suite de la succession du défunt mentionné, à effectuer toutes les démarches administratives nécessaires,</w:t>
      </w:r>
    </w:p>
    <w:p>
      <w:r>
        <w:rPr>
          <w:b w:val="0"/>
          <w:sz w:val="20"/>
        </w:rPr>
        <w:t>notamment la délivrance du certificat de cession, la déclaration auprès des autorités compétentes, ainsi que la remise</w:t>
      </w:r>
    </w:p>
    <w:p>
      <w:r>
        <w:rPr>
          <w:b w:val="0"/>
          <w:sz w:val="20"/>
        </w:rPr>
        <w:t>de tous documents afférents à la vente.</w:t>
      </w:r>
    </w:p>
    <w:p/>
    <w:p>
      <w:r>
        <w:rPr>
          <w:b/>
          <w:sz w:val="20"/>
        </w:rPr>
        <w:t>Déclaration concernant l’état du véhicule :</w:t>
      </w:r>
    </w:p>
    <w:p>
      <w:r>
        <w:rPr>
          <w:b w:val="0"/>
          <w:sz w:val="20"/>
        </w:rPr>
        <w:t>Le véhicule est vendu dans l’état où il se trouve, sans aucune garantie autre que celles prévues par la loi.</w:t>
      </w:r>
    </w:p>
    <w:p>
      <w:r>
        <w:rPr>
          <w:b w:val="0"/>
          <w:sz w:val="20"/>
        </w:rPr>
        <w:t>Le mandataire s’engage à informer l’acheteur de toutes les informations relatives à l’état technique et administratif du véhicule.</w:t>
      </w:r>
    </w:p>
    <w:p/>
    <w:p>
      <w:r>
        <w:rPr>
          <w:b/>
          <w:sz w:val="20"/>
        </w:rPr>
        <w:t>Clause de responsabilité :</w:t>
      </w:r>
    </w:p>
    <w:p>
      <w:r>
        <w:rPr>
          <w:b w:val="0"/>
          <w:sz w:val="20"/>
        </w:rPr>
        <w:t>Je déclare que je suis pleinement habilité(e) à donner cette autorisation et que le véhicule ne fait l’objet d’aucune opposition,</w:t>
      </w:r>
    </w:p>
    <w:p>
      <w:r>
        <w:rPr>
          <w:b w:val="0"/>
          <w:sz w:val="20"/>
        </w:rPr>
        <w:t>saisie ou restriction susceptible d’en empêcher la vente. Je dégage le mandataire de toute responsabilité en cas de contestation liée</w:t>
      </w:r>
    </w:p>
    <w:p>
      <w:r>
        <w:rPr>
          <w:b w:val="0"/>
          <w:sz w:val="20"/>
        </w:rPr>
        <w:t>à la légitimité de cette autorisation.</w:t>
      </w:r>
    </w:p>
    <w:p/>
    <w:p>
      <w:r>
        <w:rPr>
          <w:b/>
          <w:sz w:val="20"/>
        </w:rPr>
        <w:t>Clause finale :</w:t>
      </w:r>
    </w:p>
    <w:p>
      <w:r>
        <w:rPr>
          <w:b w:val="0"/>
          <w:sz w:val="20"/>
        </w:rPr>
        <w:t>Toutes les dispositions légales relatives à la vente et à la cession de véhicules s’appliquent à cette opération.</w:t>
      </w:r>
    </w:p>
    <w:p>
      <w:r>
        <w:rPr>
          <w:b w:val="0"/>
          <w:sz w:val="20"/>
        </w:rPr>
        <w:t>En cas de litige, les parties s’engagent à rechercher une solution amiable avant toute procédure judiciaire.</w:t>
      </w:r>
    </w:p>
    <w:p/>
    <w:p/>
    <w:p>
      <w:r>
        <w:rPr>
          <w:b/>
          <w:sz w:val="20"/>
        </w:rPr>
        <w:t>Fait à : _______________________________________________________________</w:t>
      </w:r>
    </w:p>
    <w:p>
      <w:r>
        <w:rPr>
          <w:b/>
          <w:sz w:val="20"/>
        </w:rPr>
        <w:t>Le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Autoriseur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Mandataire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https://juridique-administration.com/lettre-autorisation-vente-vehicule-succession/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lettre-autorisation-vente-vehicule-succession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