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Nom Prénom</w:t>
      </w:r>
    </w:p>
    <w:p>
      <w:r>
        <w:rPr>
          <w:b w:val="0"/>
          <w:sz w:val="20"/>
        </w:rPr>
        <w:t>Adresse complète</w:t>
      </w:r>
    </w:p>
    <w:p>
      <w:r>
        <w:rPr>
          <w:b w:val="0"/>
          <w:sz w:val="20"/>
        </w:rPr>
        <w:t>Code Postal - Ville</w:t>
      </w:r>
    </w:p>
    <w:p>
      <w:r>
        <w:rPr>
          <w:b w:val="0"/>
          <w:sz w:val="20"/>
        </w:rPr>
        <w:t>Téléphone : ____________________</w:t>
      </w:r>
    </w:p>
    <w:p>
      <w:r>
        <w:rPr>
          <w:b w:val="0"/>
          <w:sz w:val="20"/>
        </w:rPr>
        <w:t>Email : ________________________</w:t>
      </w:r>
    </w:p>
    <w:p/>
    <w:p/>
    <w:p>
      <w:r>
        <w:rPr>
          <w:b/>
          <w:sz w:val="20"/>
        </w:rPr>
        <w:t>Docteur ___________________________</w:t>
      </w:r>
    </w:p>
    <w:p>
      <w:r>
        <w:rPr>
          <w:b w:val="0"/>
          <w:sz w:val="20"/>
        </w:rPr>
        <w:t>Adresse du cabinet</w:t>
      </w:r>
    </w:p>
    <w:p>
      <w:r>
        <w:rPr>
          <w:b w:val="0"/>
          <w:sz w:val="20"/>
        </w:rPr>
        <w:t>Code Postal - Ville</w:t>
      </w:r>
    </w:p>
    <w:p/>
    <w:p/>
    <w:p>
      <w:r>
        <w:rPr>
          <w:b/>
          <w:sz w:val="20"/>
        </w:rPr>
        <w:t>Objet : Consultation médicale</w:t>
      </w:r>
    </w:p>
    <w:p/>
    <w:p>
      <w:r>
        <w:rPr>
          <w:b w:val="0"/>
          <w:sz w:val="20"/>
        </w:rPr>
        <w:t>Docteur,</w:t>
      </w:r>
    </w:p>
    <w:p/>
    <w:p>
      <w:r>
        <w:rPr>
          <w:b w:val="0"/>
          <w:sz w:val="20"/>
        </w:rPr>
        <w:t>Par la présente, je me permets de vous adresser ce courrier afin de solliciter votre expertise médicale concernant le patient dont les informations figurent ci-dessous.</w:t>
      </w:r>
    </w:p>
    <w:p/>
    <w:p>
      <w:r>
        <w:rPr>
          <w:b/>
          <w:sz w:val="20"/>
        </w:rPr>
        <w:t>Informations du patient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Date de naissance : 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</w:t>
      </w:r>
    </w:p>
    <w:p/>
    <w:p>
      <w:r>
        <w:rPr>
          <w:b/>
          <w:sz w:val="20"/>
        </w:rPr>
        <w:t>Motif de la consultation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Antécédents médicaux pertinents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Examens complémentaires réalisés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Traitements en cours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 w:val="0"/>
          <w:sz w:val="20"/>
        </w:rPr>
        <w:t>Je vous remercie par avance pour l’attention portée à ce dossier et reste à votre disposition pour toute information complémentaire.</w:t>
      </w:r>
    </w:p>
    <w:p/>
    <w:p/>
    <w:p>
      <w:r>
        <w:rPr>
          <w:b w:val="0"/>
          <w:sz w:val="20"/>
        </w:rPr>
        <w:t>Veuillez agréer, Docteur, l’expression de mes salutations distinguées.</w:t>
      </w:r>
    </w:p>
    <w:p/>
    <w:p/>
    <w:p/>
    <w:p>
      <w:pPr>
        <w:jc w:val="left"/>
      </w:pPr>
      <w:r>
        <w:rPr>
          <w:b w:val="0"/>
          <w:sz w:val="20"/>
        </w:rPr>
      </w:r>
      <w:r>
        <w:rPr>
          <w:sz w:val="20"/>
        </w:rPr>
        <w:t>Signature : ____________________________</w:t>
      </w:r>
    </w:p>
    <w:p/>
    <w:p/>
    <w:p>
      <w:r>
        <w:rPr>
          <w:b w:val="0"/>
          <w:sz w:val="20"/>
        </w:rPr>
        <w:t>Lieu : ____________________________</w:t>
      </w:r>
    </w:p>
    <w:p>
      <w:r>
        <w:rPr>
          <w:b w:val="0"/>
          <w:sz w:val="20"/>
        </w:rPr>
        <w:t>Date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Contact en cas d'urgence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Médecin traitant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</w:t>
              <w:br/>
              <w:t>Téléphone 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</w:t>
              <w:br/>
              <w:t>Téléphone 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https://juridique-administration.com/lettre-a-un-docteur-exemple/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a-un-docteur-exemp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