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FORMULAIRE DE DIVORCE PAR CONSENTEMENT MUTUEL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Monsieur : ___________________________________________________________</w:t>
      </w:r>
    </w:p>
    <w:p>
      <w:r>
        <w:rPr>
          <w:b w:val="0"/>
          <w:sz w:val="20"/>
        </w:rPr>
        <w:t>Né le : _______________________ à : ________________________________</w:t>
      </w:r>
    </w:p>
    <w:p>
      <w:r>
        <w:rPr>
          <w:b w:val="0"/>
          <w:sz w:val="20"/>
        </w:rPr>
        <w:t>Demeurant : _________________________________________________________</w:t>
      </w:r>
    </w:p>
    <w:p>
      <w:r>
        <w:rPr>
          <w:b w:val="0"/>
          <w:sz w:val="20"/>
        </w:rPr>
        <w:t>Profession : _________________________________________________________</w:t>
      </w:r>
    </w:p>
    <w:p/>
    <w:p>
      <w:pPr>
        <w:jc w:val="center"/>
      </w:pPr>
      <w:r>
        <w:rPr>
          <w:b w:val="0"/>
          <w:sz w:val="20"/>
        </w:rPr>
        <w:t>Et</w:t>
      </w:r>
    </w:p>
    <w:p/>
    <w:p>
      <w:r>
        <w:rPr>
          <w:b w:val="0"/>
          <w:sz w:val="20"/>
        </w:rPr>
        <w:t>Madame : ____________________________________________________________</w:t>
      </w:r>
    </w:p>
    <w:p>
      <w:r>
        <w:rPr>
          <w:b w:val="0"/>
          <w:sz w:val="20"/>
        </w:rPr>
        <w:t>Née le : _______________________ à : _______________________________</w:t>
      </w:r>
    </w:p>
    <w:p>
      <w:r>
        <w:rPr>
          <w:b w:val="0"/>
          <w:sz w:val="20"/>
        </w:rPr>
        <w:t>Demeurant : _________________________________________________________</w:t>
      </w:r>
    </w:p>
    <w:p>
      <w:r>
        <w:rPr>
          <w:b w:val="0"/>
          <w:sz w:val="20"/>
        </w:rPr>
        <w:t>Profession : _________________________________________________________</w:t>
      </w:r>
    </w:p>
    <w:p/>
    <w:p>
      <w:r>
        <w:rPr>
          <w:b/>
          <w:sz w:val="20"/>
        </w:rPr>
        <w:t>IL A ÉTÉ EXPOSÉ CE QUI SUIT :</w:t>
      </w:r>
    </w:p>
    <w:p>
      <w:r>
        <w:rPr>
          <w:b w:val="0"/>
          <w:sz w:val="20"/>
        </w:rPr>
        <w:t>Les époux se sont mariés le : _____________________ à : ______________________________</w:t>
      </w:r>
    </w:p>
    <w:p>
      <w:r>
        <w:rPr>
          <w:b w:val="0"/>
          <w:sz w:val="20"/>
        </w:rPr>
        <w:t>Ils sont pleinement d’accord pour mettre fin à leur mariage par divorce par consentement mutuel sans juge, conformément à l’article 229-1 et suivants du Code civil français.</w:t>
      </w:r>
    </w:p>
    <w:p/>
    <w:p>
      <w:r>
        <w:rPr>
          <w:b/>
          <w:sz w:val="20"/>
        </w:rPr>
        <w:t>ENFANTS DU COUPLE :</w:t>
      </w:r>
    </w:p>
    <w:p>
      <w:r>
        <w:rPr>
          <w:b w:val="0"/>
          <w:sz w:val="20"/>
        </w:rPr>
        <w:t>Le couple a les enfants suivants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Nom et Prénom</w:t>
            </w:r>
          </w:p>
        </w:tc>
        <w:tc>
          <w:tcPr>
            <w:tcW w:type="dxa" w:w="3324"/>
          </w:tcPr>
          <w:p>
            <w:r>
              <w:t>Date de naissance</w:t>
            </w:r>
          </w:p>
        </w:tc>
        <w:tc>
          <w:tcPr>
            <w:tcW w:type="dxa" w:w="3324"/>
          </w:tcPr>
          <w:p>
            <w:r>
              <w:t>Lieu de résidence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RÉSIDENCE DES ENFANTS :</w:t>
      </w:r>
    </w:p>
    <w:p>
      <w:r>
        <w:rPr>
          <w:b w:val="0"/>
          <w:sz w:val="20"/>
        </w:rPr>
        <w:t>Les enfants résideront principalement chez : _____________________________</w:t>
      </w:r>
    </w:p>
    <w:p>
      <w:r>
        <w:rPr>
          <w:b w:val="0"/>
          <w:sz w:val="20"/>
        </w:rPr>
        <w:t>Modalités de garde et de visite : __________________________________________</w:t>
      </w:r>
    </w:p>
    <w:p>
      <w:r>
        <w:rPr>
          <w:b w:val="0"/>
          <w:sz w:val="20"/>
        </w:rPr>
        <w:t>Contribution à l’entretien et à l’éducation des enfants : ____________________</w:t>
      </w:r>
    </w:p>
    <w:p/>
    <w:p>
      <w:r>
        <w:rPr>
          <w:b/>
          <w:sz w:val="20"/>
        </w:rPr>
        <w:t>LIQUIDATION DU RÉGIME MATRIMONIAL :</w:t>
      </w:r>
    </w:p>
    <w:p>
      <w:r>
        <w:rPr>
          <w:b w:val="0"/>
          <w:sz w:val="20"/>
        </w:rPr>
        <w:t>Les époux ont procédé à la liquidation et au partage de leur régime matrimonial selon l’acte reçu par Maître ________________________, notaire à __________________.</w:t>
      </w:r>
    </w:p>
    <w:p>
      <w:r>
        <w:rPr>
          <w:b w:val="0"/>
          <w:sz w:val="20"/>
        </w:rPr>
        <w:t>Ce partage a été effectué d’un commun accord, suivant les modalités détaillées dans l’acte notarié.</w:t>
      </w:r>
    </w:p>
    <w:p/>
    <w:p>
      <w:r>
        <w:rPr>
          <w:b/>
          <w:sz w:val="20"/>
        </w:rPr>
        <w:t>PARTAGE DES BIENS ET RÉGULARISATIONS FINANCIÈRES :</w:t>
      </w:r>
    </w:p>
    <w:p>
      <w:r>
        <w:rPr>
          <w:b w:val="0"/>
          <w:sz w:val="20"/>
        </w:rPr>
        <w:t>Les époux conviennent des dispositions suivantes concernant les biens mobiliers et immobiliers :</w:t>
      </w:r>
    </w:p>
    <w:p>
      <w:r>
        <w:rPr>
          <w:b w:val="0"/>
          <w:sz w:val="20"/>
        </w:rPr>
        <w:t>- Bien immobilier principal : __________________________________________________</w:t>
      </w:r>
    </w:p>
    <w:p>
      <w:r>
        <w:rPr>
          <w:b w:val="0"/>
          <w:sz w:val="20"/>
        </w:rPr>
        <w:t>- Biens mobiliers importants : _______________________________________________</w:t>
      </w:r>
    </w:p>
    <w:p>
      <w:r>
        <w:rPr>
          <w:b w:val="0"/>
          <w:sz w:val="20"/>
        </w:rPr>
        <w:t>- Compte(s) bancaire(s) et autres avoirs : _____________________________________</w:t>
      </w:r>
    </w:p>
    <w:p>
      <w:r>
        <w:rPr>
          <w:b w:val="0"/>
          <w:sz w:val="20"/>
        </w:rPr>
        <w:t>Les éventuelles dettes contractées pendant le mariage sont réparties ainsi 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PRESTATION COMPENSATOIRE :</w:t>
      </w:r>
    </w:p>
    <w:p>
      <w:r>
        <w:rPr>
          <w:b w:val="0"/>
          <w:sz w:val="20"/>
        </w:rPr>
        <w:t>Les époux conviennent que :</w:t>
      </w:r>
    </w:p>
    <w:p>
      <w:r>
        <w:rPr>
          <w:b w:val="0"/>
          <w:sz w:val="20"/>
        </w:rPr>
        <w:t>□ Il n’y aura pas de prestation compensatoire.</w:t>
      </w:r>
    </w:p>
    <w:p>
      <w:r>
        <w:rPr>
          <w:b w:val="0"/>
          <w:sz w:val="20"/>
        </w:rPr>
        <w:t>□ Une prestation compensatoire sera versée selon les modalités suivantes :</w:t>
      </w:r>
    </w:p>
    <w:p>
      <w:r>
        <w:rPr>
          <w:b w:val="0"/>
          <w:sz w:val="20"/>
        </w:rPr>
        <w:t>Montant : _____________________ EUR</w:t>
      </w:r>
    </w:p>
    <w:p>
      <w:r>
        <w:rPr>
          <w:b w:val="0"/>
          <w:sz w:val="20"/>
        </w:rPr>
        <w:t>Modalités de paiement : _____________________________________________________</w:t>
      </w:r>
    </w:p>
    <w:p/>
    <w:p>
      <w:r>
        <w:rPr>
          <w:b/>
          <w:sz w:val="20"/>
        </w:rPr>
        <w:t>ENGAGEMENTS ET RENONCIATIONS :</w:t>
      </w:r>
    </w:p>
    <w:p>
      <w:r>
        <w:rPr>
          <w:b w:val="0"/>
          <w:sz w:val="20"/>
        </w:rPr>
        <w:t>Les époux déclarent renoncer expressément à tout recours contentieux relatif au divorce et à ses conséquences, hormis le respect des clauses définies dans le présent accord.</w:t>
      </w:r>
    </w:p>
    <w:p/>
    <w:p>
      <w:r>
        <w:rPr>
          <w:b/>
          <w:sz w:val="20"/>
        </w:rPr>
        <w:t>CONFIDENTIALITÉ ET APPLICATION :</w:t>
      </w:r>
    </w:p>
    <w:p>
      <w:r>
        <w:rPr>
          <w:b w:val="0"/>
          <w:sz w:val="20"/>
        </w:rPr>
        <w:t>Les termes de la convention sont confidentiels et s’imposent aux époux, ainsi qu’à leurs ayants droit.</w:t>
      </w:r>
    </w:p>
    <w:p/>
    <w:p>
      <w:r>
        <w:rPr>
          <w:b/>
          <w:sz w:val="20"/>
        </w:rPr>
        <w:t>DÉPÔT DE LA CONVENTION :</w:t>
      </w:r>
    </w:p>
    <w:p>
      <w:r>
        <w:rPr>
          <w:b w:val="0"/>
          <w:sz w:val="20"/>
        </w:rPr>
        <w:t>La présente convention sera déposée chez Maître ____________________________, notaire à ____________________, pour enregistrement et conservation conformément à la loi.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ÉPOUX (Monsieur)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ÉPOUSE (Madame)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https://juridique-administration.com/formulaire-divorce-par-consentement-mutuel/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formulaire-divorce-par-consentement-mutuel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