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DEMANDE DE DÉTACHEMENT</w:t>
      </w:r>
    </w:p>
    <w:p/>
    <w:p/>
    <w:p>
      <w:r>
        <w:rPr>
          <w:b w:val="0"/>
          <w:sz w:val="20"/>
        </w:rPr>
        <w:t>À l'attention de :</w:t>
      </w:r>
    </w:p>
    <w:p>
      <w:r>
        <w:rPr>
          <w:b w:val="0"/>
          <w:sz w:val="20"/>
        </w:rPr>
        <w:t>Monsieur/Madame le Directeur des Ressources Humaines</w:t>
      </w:r>
    </w:p>
    <w:p>
      <w:r>
        <w:rPr>
          <w:b w:val="0"/>
          <w:sz w:val="20"/>
        </w:rPr>
        <w:t>Nom de l’établissement ou de l’administration</w:t>
      </w:r>
    </w:p>
    <w:p>
      <w:r>
        <w:rPr>
          <w:b w:val="0"/>
          <w:sz w:val="20"/>
        </w:rPr>
        <w:t>Adresse complète</w:t>
      </w:r>
    </w:p>
    <w:p/>
    <w:p/>
    <w:p>
      <w:r>
        <w:rPr>
          <w:b/>
          <w:sz w:val="20"/>
        </w:rPr>
        <w:t>Objet : Demande de détachement dans la Fonction publique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Titulaire du grade de ____________________, affecté(e) au sein de ____________________, je souhaite vous soumettre ma demande de détachement conformément aux dispositions prévues par le statut général des fonctionnaires français.</w:t>
      </w:r>
    </w:p>
    <w:p/>
    <w:p>
      <w:r>
        <w:rPr>
          <w:b w:val="0"/>
          <w:sz w:val="20"/>
        </w:rPr>
        <w:t>En effet, je souhaite être détaché(e) auprès de ____________________________ (nom de la collectivité, de l’établissement ou de l’organisme d’accueil) à compter de ____________________ pour une durée de ____________________ renouvelable/non renouvelable.</w:t>
      </w:r>
    </w:p>
    <w:p/>
    <w:p>
      <w:r>
        <w:rPr>
          <w:b w:val="0"/>
          <w:sz w:val="20"/>
        </w:rPr>
        <w:t>Cette demande s’inscrit dans la volonté d’élargir mes compétences professionnelles tout en contribuant activement aux missions de l’organisme d’accueil.</w:t>
      </w:r>
    </w:p>
    <w:p/>
    <w:p>
      <w:r>
        <w:rPr>
          <w:b w:val="0"/>
          <w:sz w:val="20"/>
        </w:rPr>
        <w:t>Je m’engage à respecter les obligations liées au statut de détaché(e) telles que définies par la réglementation en vigueur, notamment en matière de service, de discipline et de responsabilités.</w:t>
      </w:r>
    </w:p>
    <w:p/>
    <w:p>
      <w:r>
        <w:rPr>
          <w:b w:val="0"/>
          <w:sz w:val="20"/>
        </w:rPr>
        <w:t>Conformément à l’article 61-1 de la loi n°83-634 du 13 juillet 1983 modifiée portant droits et obligations des fonctionnaires, ainsi qu’aux articles R. 4122-1 et suivants du Code de la fonction publique, je vous prie de bien vouloir étudier ma demande avec bienveillance.</w:t>
      </w:r>
    </w:p>
    <w:p/>
    <w:p>
      <w:r>
        <w:rPr>
          <w:b/>
          <w:sz w:val="20"/>
        </w:rPr>
        <w:t>Vous trouverez ci-joint les pièces nécessaires à l’examen de ma demande :</w:t>
      </w:r>
    </w:p>
    <w:p>
      <w:r>
        <w:rPr>
          <w:b w:val="0"/>
          <w:sz w:val="20"/>
        </w:rPr>
        <w:t>- Copie de ma carte d’identité ou passeport</w:t>
      </w:r>
    </w:p>
    <w:p>
      <w:r>
        <w:rPr>
          <w:b w:val="0"/>
          <w:sz w:val="20"/>
        </w:rPr>
        <w:t>- Justificatif de mon grade et de mon emploi actuel</w:t>
      </w:r>
    </w:p>
    <w:p>
      <w:r>
        <w:rPr>
          <w:b w:val="0"/>
          <w:sz w:val="20"/>
        </w:rPr>
        <w:t>- Lettre d’accord ou proposition de l’organisme d’accueil</w:t>
      </w:r>
    </w:p>
    <w:p>
      <w:r>
        <w:rPr>
          <w:b w:val="0"/>
          <w:sz w:val="20"/>
        </w:rPr>
        <w:t>- Curriculum vitae détaillé</w:t>
      </w:r>
    </w:p>
    <w:p/>
    <w:p>
      <w:r>
        <w:rPr>
          <w:b w:val="0"/>
          <w:sz w:val="20"/>
        </w:rPr>
        <w:t>Dans l’attente d’une réponse favorable, je vous prie d’agréer, Madame, Monsieur, l’expression de ma considération distinguée.</w:t>
      </w:r>
    </w:p>
    <w:p/>
    <w:p/>
    <w:p/>
    <w:p>
      <w:r>
        <w:rPr>
          <w:b/>
          <w:sz w:val="20"/>
        </w:rPr>
        <w:t>Signature :</w:t>
      </w:r>
    </w:p>
    <w:p/>
    <w:p/>
    <w:p/>
    <w:p/>
    <w:p>
      <w:r>
        <w:rPr>
          <w:b w:val="0"/>
          <w:sz w:val="20"/>
        </w:rPr>
        <w:t>Nom et prénom : ____________________________________________</w:t>
      </w:r>
    </w:p>
    <w:p>
      <w:r>
        <w:rPr>
          <w:b w:val="0"/>
          <w:sz w:val="20"/>
        </w:rPr>
        <w:t>Grade et fonction : __________________________________________</w:t>
      </w:r>
    </w:p>
    <w:p>
      <w:r>
        <w:rPr>
          <w:b w:val="0"/>
          <w:sz w:val="20"/>
        </w:rPr>
        <w:t>Service/affectation : ________________________________________</w:t>
      </w:r>
    </w:p>
    <w:p>
      <w:r>
        <w:rPr>
          <w:b w:val="0"/>
          <w:sz w:val="20"/>
        </w:rPr>
        <w:t>Téléphone : ________________________________________________</w:t>
      </w:r>
    </w:p>
    <w:p>
      <w:r>
        <w:rPr>
          <w:b w:val="0"/>
          <w:sz w:val="20"/>
        </w:rPr>
        <w:t>Adresse électronique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Réception de la demande par l’administration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Réponse de l’administration d’accueil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de réception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Décision prise le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responsable 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responsable : 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Cachet de l’administration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Cachet de l’administration d’accueil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https://juridique-administration.com/exemple-lettre-demande-de-detachement-fonction-publique/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exemple-lettre-demande-de-detachement-fonction-publiqu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