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CONFIRMATION POUR FAMILLE D’ACCUEIL</w:t>
      </w:r>
    </w:p>
    <w:p/>
    <w:p/>
    <w:p>
      <w:r>
        <w:rPr>
          <w:b w:val="0"/>
          <w:sz w:val="20"/>
        </w:rPr>
        <w:t>Madame, Monsieur,</w:t>
      </w:r>
    </w:p>
    <w:p/>
    <w:p>
      <w:r>
        <w:rPr>
          <w:b w:val="0"/>
          <w:sz w:val="20"/>
        </w:rPr>
        <w:t>Par la présente, nous, soussignés, confirmons par ce document notre accord pour accueillir en famille d’accueil l’enfant désigné ci-dessous, dans le cadre des dispositions légales et réglementaires en vigueur en France.</w:t>
      </w:r>
    </w:p>
    <w:p/>
    <w:p/>
    <w:p>
      <w:r>
        <w:rPr>
          <w:b/>
          <w:sz w:val="20"/>
        </w:rPr>
        <w:t>Données de la Famille d’Accueil :</w:t>
      </w:r>
    </w:p>
    <w:p>
      <w:r>
        <w:rPr>
          <w:b w:val="0"/>
          <w:sz w:val="20"/>
        </w:rPr>
        <w:t>Nom et Prénom des Accueillants : __________________________________________</w:t>
      </w:r>
    </w:p>
    <w:p>
      <w:r>
        <w:rPr>
          <w:b w:val="0"/>
          <w:sz w:val="20"/>
        </w:rPr>
        <w:t>Adresse : _________________________________________________________________</w:t>
      </w:r>
    </w:p>
    <w:p>
      <w:r>
        <w:rPr>
          <w:b w:val="0"/>
          <w:sz w:val="20"/>
        </w:rPr>
        <w:t>Téléphone : _______________________________________________________________</w:t>
      </w:r>
    </w:p>
    <w:p>
      <w:r>
        <w:rPr>
          <w:b w:val="0"/>
          <w:sz w:val="20"/>
        </w:rPr>
        <w:t>Adresse e-mail : ___________________________________________________________</w:t>
      </w:r>
    </w:p>
    <w:p/>
    <w:p>
      <w:r>
        <w:rPr>
          <w:b/>
          <w:sz w:val="20"/>
        </w:rPr>
        <w:t>Données de l’Enfant Accueilli :</w:t>
      </w:r>
    </w:p>
    <w:p>
      <w:r>
        <w:rPr>
          <w:b w:val="0"/>
          <w:sz w:val="20"/>
        </w:rPr>
        <w:t>Nom et Prénom : ___________________________________________________________</w:t>
      </w:r>
    </w:p>
    <w:p>
      <w:r>
        <w:rPr>
          <w:b w:val="0"/>
          <w:sz w:val="20"/>
        </w:rPr>
        <w:t>Date de naissance : _______________________________________________________</w:t>
      </w:r>
    </w:p>
    <w:p>
      <w:r>
        <w:rPr>
          <w:b w:val="0"/>
          <w:sz w:val="20"/>
        </w:rPr>
        <w:t>Lieu de naissance : ________________________________________________________</w:t>
      </w:r>
    </w:p>
    <w:p>
      <w:r>
        <w:rPr>
          <w:b w:val="0"/>
          <w:sz w:val="20"/>
        </w:rPr>
        <w:t>Nationalité : ______________________________________________________________</w:t>
      </w:r>
    </w:p>
    <w:p/>
    <w:p>
      <w:r>
        <w:rPr>
          <w:b/>
          <w:sz w:val="20"/>
        </w:rPr>
        <w:t>Objet de l’accueil :</w:t>
      </w:r>
    </w:p>
    <w:p>
      <w:r>
        <w:rPr>
          <w:b w:val="0"/>
          <w:sz w:val="20"/>
        </w:rPr>
        <w:t>L’enfant susmentionné sera accueilli au sein de notre famille selon les modalités définies ci-après, dans le respect de son bien-être, de son développement et de sa sécurité.</w:t>
      </w:r>
    </w:p>
    <w:p/>
    <w:p>
      <w:r>
        <w:rPr>
          <w:b/>
          <w:sz w:val="20"/>
        </w:rPr>
        <w:t>Modalités d’Accueil :</w:t>
      </w:r>
    </w:p>
    <w:p>
      <w:r>
        <w:rPr>
          <w:b w:val="0"/>
          <w:sz w:val="20"/>
        </w:rPr>
        <w:t>Durée de l’accueil : _______________________________________________________</w:t>
      </w:r>
    </w:p>
    <w:p>
      <w:r>
        <w:rPr>
          <w:b w:val="0"/>
          <w:sz w:val="20"/>
        </w:rPr>
        <w:t>Adresse exacte du lieu d’accueil : ___________________________________________</w:t>
      </w:r>
    </w:p>
    <w:p>
      <w:r>
        <w:rPr>
          <w:b w:val="0"/>
          <w:sz w:val="20"/>
        </w:rPr>
        <w:t>Personne(s) en charge de l’accueil (en cas d’absence des accueillants) : _________</w:t>
      </w:r>
    </w:p>
    <w:p>
      <w:r>
        <w:rPr>
          <w:b w:val="0"/>
          <w:sz w:val="20"/>
        </w:rPr>
        <w:t>Horaires particuliers ou contraintes éventuelles : _____________________________</w:t>
      </w:r>
    </w:p>
    <w:p/>
    <w:p>
      <w:r>
        <w:rPr>
          <w:b/>
          <w:sz w:val="20"/>
        </w:rPr>
        <w:t>Engagements de la Famille d’Accueil :</w:t>
      </w:r>
    </w:p>
    <w:p>
      <w:r>
        <w:rPr>
          <w:b w:val="0"/>
          <w:sz w:val="20"/>
        </w:rPr>
        <w:t>Nous nous engageons à :</w:t>
      </w:r>
    </w:p>
    <w:p>
      <w:r>
        <w:rPr>
          <w:b w:val="0"/>
          <w:sz w:val="20"/>
        </w:rPr>
        <w:t>- Assurer la sécurité, la santé et le bien-être de l’enfant durant toute la durée de l’accueil.</w:t>
      </w:r>
    </w:p>
    <w:p>
      <w:r>
        <w:rPr>
          <w:b w:val="0"/>
          <w:sz w:val="20"/>
        </w:rPr>
        <w:t>- Respecter la confidentialité des informations concernant l’enfant et sa famille.</w:t>
      </w:r>
    </w:p>
    <w:p>
      <w:r>
        <w:rPr>
          <w:b w:val="0"/>
          <w:sz w:val="20"/>
        </w:rPr>
        <w:t>- Collaborer avec les autorités compétentes et les services sociaux pour le suivi de l’enfant.</w:t>
      </w:r>
    </w:p>
    <w:p>
      <w:r>
        <w:rPr>
          <w:b w:val="0"/>
          <w:sz w:val="20"/>
        </w:rPr>
        <w:t>- Informer immédiatement les autorités compétentes en cas de problème ou de situation particulière concernant l’enfant.</w:t>
      </w:r>
    </w:p>
    <w:p/>
    <w:p>
      <w:r>
        <w:rPr>
          <w:b/>
          <w:sz w:val="20"/>
        </w:rPr>
        <w:t>Droits et Obligations :</w:t>
      </w:r>
    </w:p>
    <w:p>
      <w:r>
        <w:rPr>
          <w:b w:val="0"/>
          <w:sz w:val="20"/>
        </w:rPr>
        <w:t>L’enfant accueilli bénéficie des droits garantis par la loi, notamment le droit à la dignité, à l’éducation, à la santé et à la protection. La famille d’accueil s’engage à respecter ces droits et à veiller à leur application effective.</w:t>
      </w:r>
    </w:p>
    <w:p/>
    <w:p>
      <w:r>
        <w:rPr>
          <w:b/>
          <w:sz w:val="20"/>
        </w:rPr>
        <w:t>Conditions Financières :</w:t>
      </w:r>
    </w:p>
    <w:p>
      <w:r>
        <w:rPr>
          <w:b w:val="0"/>
          <w:sz w:val="20"/>
        </w:rPr>
        <w:t>Une indemnité d’accueil sera versée conformément aux dispositions légales et conventionnelles en vigueur. Le montant, les modalités et la périodicité des versements seront précisés dans le contrat séparé liant les parties.</w:t>
      </w:r>
    </w:p>
    <w:p/>
    <w:p>
      <w:r>
        <w:rPr>
          <w:b/>
          <w:sz w:val="20"/>
        </w:rPr>
        <w:t>Responsabilité :</w:t>
      </w:r>
    </w:p>
    <w:p>
      <w:r>
        <w:rPr>
          <w:b w:val="0"/>
          <w:sz w:val="20"/>
        </w:rPr>
        <w:t>La famille d’accueil est responsable de l’enfant durant toute la période d’accueil. Elle doit s’assurer de la bonne prise en charge de l’enfant et respecter les règles d’hygiène et de sécurité requises.</w:t>
      </w:r>
    </w:p>
    <w:p/>
    <w:p>
      <w:r>
        <w:rPr>
          <w:b/>
          <w:sz w:val="20"/>
        </w:rPr>
        <w:t>Durée et Modalités de Rupture de l’Accueil :</w:t>
      </w:r>
    </w:p>
    <w:p>
      <w:r>
        <w:rPr>
          <w:b w:val="0"/>
          <w:sz w:val="20"/>
        </w:rPr>
        <w:t>Le présent accueil est conclu pour la durée mentionnée ci-dessus. Toute rupture anticipée devra être notifiée par écrit, en respectant un délai de préavis raisonnable, conformément à la réglementation applicable.</w:t>
      </w:r>
    </w:p>
    <w:p/>
    <w:p/>
    <w:p>
      <w:r>
        <w:rPr>
          <w:b w:val="0"/>
          <w:sz w:val="20"/>
        </w:rPr>
        <w:t>Nous attestons avoir pris connaissance de l’intégralité des dispositions légales et règlementaires relatives à l’accueil familial et nous engageons à les respecter scrupuleusement.</w:t>
      </w:r>
    </w:p>
    <w:p/>
    <w:p/>
    <w:p>
      <w:r>
        <w:rPr>
          <w:b w:val="0"/>
          <w:sz w:val="20"/>
        </w:rPr>
        <w:t>Lieu : __________________________________________</w:t>
      </w:r>
    </w:p>
    <w:p>
      <w:r>
        <w:rPr>
          <w:b w:val="0"/>
          <w:sz w:val="20"/>
        </w:rPr>
        <w:t>Date :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FAMILLE D’ACCUEIL</w:t>
            </w:r>
          </w:p>
        </w:tc>
        <w:tc>
          <w:tcPr>
            <w:tcW w:type="dxa" w:w="4986"/>
            <w:tcBorders>
              <w:top w:val="nil"/>
              <w:left w:val="nil"/>
              <w:bottom w:val="nil"/>
              <w:right w:val="nil"/>
              <w:insideH w:val="nil"/>
              <w:insideV w:val="nil"/>
            </w:tcBorders>
          </w:tcPr>
          <w:p>
            <w:pPr>
              <w:jc w:val="center"/>
            </w:pPr>
            <w:r>
              <w:t>REPRÉSENTANT LÉGAL DE L’ENFANT</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https://juridique-administration.com/exemple-de-lettre-pour-une-famille-d'accueil/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exemple-de-lettre-pour-une-famille-d'accueil/"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