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EXEMPLE DE LETTRE DE DEMANDE DE PRÉCISION</w:t>
      </w:r>
    </w:p>
    <w:p/>
    <w:p/>
    <w:p>
      <w:r>
        <w:rPr>
          <w:b/>
          <w:sz w:val="20"/>
        </w:rPr>
        <w:t>Expéditeur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- Ville : ___________________________________________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>
      <w:r>
        <w:rPr>
          <w:b w:val="0"/>
          <w:sz w:val="20"/>
        </w:rPr>
        <w:t>Email : ________________________________________________________</w:t>
      </w:r>
    </w:p>
    <w:p/>
    <w:p/>
    <w:p>
      <w:r>
        <w:rPr>
          <w:b/>
          <w:sz w:val="20"/>
        </w:rPr>
        <w:t>Destinataire :</w:t>
      </w:r>
    </w:p>
    <w:p>
      <w:r>
        <w:rPr>
          <w:b w:val="0"/>
          <w:sz w:val="20"/>
        </w:rPr>
        <w:t>Nom et prénom ou raison sociale : 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- Ville : ___________________________________________</w:t>
      </w:r>
    </w:p>
    <w:p/>
    <w:p/>
    <w:p>
      <w:r>
        <w:rPr>
          <w:b/>
          <w:sz w:val="20"/>
        </w:rPr>
        <w:t>Objet : Demande de précision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écrire afin d’obtenir des précisions concernant ________________. En effet, suite à _______________________________________________________, certains éléments restent à clarifier pour assurer une bonne compréhension et un déroulement optimal de nos échanges.</w:t>
      </w:r>
    </w:p>
    <w:p/>
    <w:p>
      <w:r>
        <w:rPr>
          <w:b w:val="0"/>
          <w:sz w:val="20"/>
        </w:rPr>
        <w:t>Je vous serais reconnaissant(e) de bien vouloir me fournir les informations complémentaires suivantes :</w:t>
      </w:r>
    </w:p>
    <w:p/>
    <w:p>
      <w:pPr>
        <w:pStyle w:val="ListNumber"/>
      </w:pPr>
      <w:r>
        <w:rPr>
          <w:sz w:val="20"/>
        </w:rPr>
        <w:t>1. Préciser _________________________________________________________________</w:t>
      </w:r>
    </w:p>
    <w:p>
      <w:pPr>
        <w:pStyle w:val="ListNumber"/>
      </w:pPr>
      <w:r>
        <w:rPr>
          <w:sz w:val="20"/>
        </w:rPr>
        <w:t>2. Clarifier _________________________________________________________________</w:t>
      </w:r>
    </w:p>
    <w:p>
      <w:pPr>
        <w:pStyle w:val="ListNumber"/>
      </w:pPr>
      <w:r>
        <w:rPr>
          <w:sz w:val="20"/>
        </w:rPr>
        <w:t>3. Indiquer _________________________________________________________________</w:t>
      </w:r>
    </w:p>
    <w:p>
      <w:pPr>
        <w:pStyle w:val="ListNumber"/>
      </w:pPr>
      <w:r>
        <w:rPr>
          <w:sz w:val="20"/>
        </w:rPr>
        <w:t>4. Confirmer ________________________________________________________________</w:t>
      </w:r>
    </w:p>
    <w:p/>
    <w:p>
      <w:r>
        <w:rPr>
          <w:b w:val="0"/>
          <w:sz w:val="20"/>
        </w:rPr>
        <w:t>Ces informations me permettront de mieux appréhender la situation et d’assurer le suivi adéquat.</w:t>
      </w:r>
    </w:p>
    <w:p/>
    <w:p>
      <w:r>
        <w:rPr>
          <w:b w:val="0"/>
          <w:sz w:val="20"/>
        </w:rPr>
        <w:t>Je reste à votre disposition pour tout complément d’information et vous remercie par avance pour votre diligence.</w:t>
      </w:r>
    </w:p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https://juridique-administration.com/exemple-de-lettre-de-demande-de-precision/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exemple-de-lettre-de-demande-de-precis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