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RÉSILIATION DE LIGNE TÉLÉPHONIQUE</w:t>
      </w:r>
    </w:p>
    <w:p/>
    <w:p/>
    <w:p>
      <w:r>
        <w:rPr>
          <w:b/>
          <w:sz w:val="20"/>
        </w:rPr>
        <w:t>Coordonnées de l’Abonné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: _______________   Ville : ____________________________</w:t>
      </w:r>
    </w:p>
    <w:p>
      <w:r>
        <w:rPr>
          <w:b w:val="0"/>
          <w:sz w:val="20"/>
        </w:rPr>
        <w:t>Nº de téléphone concerné : _________________________________________</w:t>
      </w:r>
    </w:p>
    <w:p>
      <w:r>
        <w:rPr>
          <w:b w:val="0"/>
          <w:sz w:val="20"/>
        </w:rPr>
        <w:t>Numéro de client (le cas échéant) : ________________________________</w:t>
      </w:r>
    </w:p>
    <w:p/>
    <w:p>
      <w:r>
        <w:rPr>
          <w:b/>
          <w:sz w:val="20"/>
        </w:rPr>
        <w:t>Coordonnées du Fournisseur / Opérateur :</w:t>
      </w:r>
    </w:p>
    <w:p>
      <w:r>
        <w:rPr>
          <w:b w:val="0"/>
          <w:sz w:val="20"/>
        </w:rPr>
        <w:t>Nom de l’opérateur : ________________________________________________</w:t>
      </w:r>
    </w:p>
    <w:p>
      <w:r>
        <w:rPr>
          <w:b w:val="0"/>
          <w:sz w:val="20"/>
        </w:rPr>
        <w:t>Service Résiliation – Adresse : _____________________________________</w:t>
      </w:r>
    </w:p>
    <w:p>
      <w:r>
        <w:rPr>
          <w:b w:val="0"/>
          <w:sz w:val="20"/>
        </w:rPr>
        <w:t>Code postal : _______________   Ville : 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résiliation de ma ligne téléphonique susmentionnée, conformément aux conditions générales de vente et aux dispositions légales en vigueur.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vous informe de ma volonté de résilier ma ligne téléphonique associée au numéro mentionné ci-dessus. Je souhaite que cette résiliation soit effective dans les meilleurs délais, et notamment avant la prochaine échéance de facturation.</w:t>
      </w:r>
    </w:p>
    <w:p/>
    <w:p>
      <w:r>
        <w:rPr>
          <w:b w:val="0"/>
          <w:sz w:val="20"/>
        </w:rPr>
        <w:t>Je vous prie de bien vouloir me confirmer la prise en compte de cette demande par écrit, ainsi que la date effective de résiliation.</w:t>
      </w:r>
    </w:p>
    <w:p/>
    <w:p>
      <w:r>
        <w:rPr>
          <w:b w:val="0"/>
          <w:sz w:val="20"/>
        </w:rPr>
        <w:t>Je vous remercie également de procéder à la clôture définitive de mon contrat et d’arrêter la facturation à cette date.</w:t>
      </w:r>
    </w:p>
    <w:p/>
    <w:p>
      <w:r>
        <w:rPr>
          <w:b w:val="0"/>
          <w:sz w:val="20"/>
        </w:rPr>
        <w:t>Je reste à votre disposition pour tout renseignement complémentaire.</w:t>
      </w:r>
    </w:p>
    <w:p/>
    <w:p/>
    <w:p>
      <w:r>
        <w:rPr>
          <w:b w:val="0"/>
          <w:sz w:val="20"/>
        </w:rPr>
        <w:t>Conformément à l’article L.121-84-2 du Code de la consommation, vous disposez d’un délai légal pour traiter ma demande. Je vous remercie de respecter cette obligation.</w:t>
      </w:r>
    </w:p>
    <w:p/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/>
    <w:p>
      <w:r>
        <w:rPr>
          <w:b w:val="0"/>
          <w:sz w:val="20"/>
        </w:rPr>
        <w:t>Lieu : _____________________________    Date : ______________________</w:t>
      </w:r>
    </w:p>
    <w:p/>
    <w:p/>
    <w:p/>
    <w:p>
      <w:r>
        <w:rPr>
          <w:b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l’Abonné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Contact pour suivi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Téléphone : ________________________</w:t>
              <w:br/>
              <w:t>Email 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https://juridique-administration.com/demande-de-resiliation-de-ligne-telephonique/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demande-de-resiliation-de-ligne-telephoniqu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