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DEMANDE DE MUTATION POUR RAISON DE SANTÉ</w:t>
      </w:r>
    </w:p>
    <w:p/>
    <w:p/>
    <w:p>
      <w:r>
        <w:rPr>
          <w:b/>
          <w:sz w:val="20"/>
        </w:rPr>
        <w:t>Coordonnées de l’agent :</w:t>
      </w:r>
    </w:p>
    <w:p>
      <w:r>
        <w:rPr>
          <w:b w:val="0"/>
          <w:sz w:val="20"/>
        </w:rPr>
        <w:t>Nom : _____________________________________________________________</w:t>
      </w:r>
    </w:p>
    <w:p>
      <w:r>
        <w:rPr>
          <w:b w:val="0"/>
          <w:sz w:val="20"/>
        </w:rPr>
        <w:t>Prénom : __________________________________________________________</w:t>
      </w:r>
    </w:p>
    <w:p>
      <w:r>
        <w:rPr>
          <w:b w:val="0"/>
          <w:sz w:val="20"/>
        </w:rPr>
        <w:t>Grade/Fonction : __________________________________________________</w:t>
      </w:r>
    </w:p>
    <w:p>
      <w:r>
        <w:rPr>
          <w:b w:val="0"/>
          <w:sz w:val="20"/>
        </w:rPr>
        <w:t>Service/Unité : ____________________________________________________</w:t>
      </w:r>
    </w:p>
    <w:p>
      <w:r>
        <w:rPr>
          <w:b w:val="0"/>
          <w:sz w:val="20"/>
        </w:rPr>
        <w:t>Adresse professionnelle : ____________________________________________</w:t>
      </w:r>
    </w:p>
    <w:p>
      <w:r>
        <w:rPr>
          <w:b w:val="0"/>
          <w:sz w:val="20"/>
        </w:rPr>
        <w:t>Numéro de téléphone professionnel : _________________________________</w:t>
      </w:r>
    </w:p>
    <w:p/>
    <w:p>
      <w:r>
        <w:rPr>
          <w:b/>
          <w:sz w:val="20"/>
        </w:rPr>
        <w:t>Objet :</w:t>
      </w:r>
    </w:p>
    <w:p>
      <w:r>
        <w:rPr>
          <w:b w:val="0"/>
          <w:sz w:val="20"/>
        </w:rPr>
        <w:t>Demande de mutation à un poste adapté pour raison de santé conformément aux dispositions applicables.</w:t>
      </w:r>
    </w:p>
    <w:p/>
    <w:p>
      <w:r>
        <w:rPr>
          <w:b/>
          <w:sz w:val="20"/>
        </w:rPr>
        <w:t>Exposé des motifs :</w:t>
      </w:r>
    </w:p>
    <w:p>
      <w:r>
        <w:rPr>
          <w:b w:val="0"/>
          <w:sz w:val="20"/>
        </w:rPr>
        <w:t>Je soussigné(e), ________________________________________________________, sollicite par la présente une mutation pour raison de santé.</w:t>
      </w:r>
    </w:p>
    <w:p>
      <w:r>
        <w:rPr>
          <w:b w:val="0"/>
          <w:sz w:val="20"/>
        </w:rPr>
        <w:t>En effet, mon état de santé actuel ne me permet plus d’exercer dans les conditions habituelles mon poste actuel.</w:t>
      </w:r>
    </w:p>
    <w:p>
      <w:r>
        <w:rPr>
          <w:b w:val="0"/>
          <w:sz w:val="20"/>
        </w:rPr>
        <w:t>Je joins à cette demande le certificat médical émanant d’un médecin agréé ou du médecin du travail attestant la nécessité d’une mutation ou d’un aménagement du poste.</w:t>
      </w:r>
    </w:p>
    <w:p/>
    <w:p>
      <w:r>
        <w:rPr>
          <w:b/>
          <w:sz w:val="20"/>
        </w:rPr>
        <w:t>Situation médicale :</w:t>
      </w:r>
    </w:p>
    <w:p>
      <w:r>
        <w:rPr>
          <w:b w:val="0"/>
          <w:sz w:val="20"/>
        </w:rPr>
        <w:t>Description succincte de l’état de santé 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Postes sollicités ou aménagements demandés 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Engagements de l’agent :</w:t>
      </w:r>
    </w:p>
    <w:p>
      <w:r>
        <w:rPr>
          <w:b w:val="0"/>
          <w:sz w:val="20"/>
        </w:rPr>
        <w:t>Je m’engage à fournir toute information complémentaire et à me conformer aux décisions prises par l’administration conformément au droit applicable.</w:t>
      </w:r>
    </w:p>
    <w:p/>
    <w:p>
      <w:r>
        <w:rPr>
          <w:b/>
          <w:sz w:val="20"/>
        </w:rPr>
        <w:t>Pièces jointes :</w:t>
      </w:r>
    </w:p>
    <w:p>
      <w:r>
        <w:rPr>
          <w:b w:val="0"/>
          <w:sz w:val="20"/>
        </w:rPr>
        <w:t>- Certificat médical attestant la nécessité de mutation ou d’aménagement du poste.</w:t>
      </w:r>
    </w:p>
    <w:p>
      <w:r>
        <w:rPr>
          <w:b w:val="0"/>
          <w:sz w:val="20"/>
        </w:rPr>
        <w:t>- Tout autre document pertinent (avis du médecin du travail, certificats, rapports, etc.)</w:t>
      </w:r>
    </w:p>
    <w:p/>
    <w:p>
      <w:r>
        <w:rPr>
          <w:b w:val="0"/>
          <w:sz w:val="20"/>
        </w:rPr>
        <w:t>Lieu : ____________________________    Date : ____________________________</w:t>
      </w:r>
    </w:p>
    <w:p/>
    <w:p/>
    <w:p>
      <w:r>
        <w:rPr>
          <w:b/>
          <w:sz w:val="20"/>
        </w:rPr>
        <w:t>Signature de l’agent :</w:t>
      </w:r>
    </w:p>
    <w:p>
      <w:r>
        <w:rPr>
          <w:b w:val="0"/>
          <w:sz w:val="20"/>
        </w:rPr>
        <w:t>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Avis du Médecin du Travail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Décision de l’Administration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t>Avis : _____________________________________________________________</w:t>
              <w:br/>
              <w:br/>
              <w:t>_____________________________________________________________________</w:t>
              <w:br/>
              <w:br/>
              <w:t>Signature et cachet : 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t>Décision : __________________________________________________________</w:t>
              <w:br/>
              <w:br/>
              <w:t>_____________________________________________________________________</w:t>
              <w:br/>
              <w:br/>
              <w:t>Signature et cachet : 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 de l’avis : 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 de la décision : 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Observations complémentaires 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https://juridique-administration.com/demande-de-mutation-pour-raison-de-sante/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demande-de-mutation-pour-raison-de-sant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