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FORMATION PROFESSIONNELLE</w:t>
      </w:r>
    </w:p>
    <w:p/>
    <w:p>
      <w:r>
        <w:rPr>
          <w:b/>
          <w:sz w:val="20"/>
        </w:rPr>
        <w:t>Informations du Salarié :</w:t>
      </w:r>
    </w:p>
    <w:p>
      <w:r>
        <w:rPr>
          <w:b w:val="0"/>
          <w:sz w:val="20"/>
        </w:rPr>
        <w:t>Nom : ______________________________________________________________</w:t>
      </w:r>
    </w:p>
    <w:p>
      <w:r>
        <w:rPr>
          <w:b w:val="0"/>
          <w:sz w:val="20"/>
        </w:rPr>
        <w:t>Prénom : ___________________________________________________________</w:t>
      </w:r>
    </w:p>
    <w:p>
      <w:r>
        <w:rPr>
          <w:b w:val="0"/>
          <w:sz w:val="20"/>
        </w:rPr>
        <w:t>Date de naissance : _________________________________________________</w:t>
      </w:r>
    </w:p>
    <w:p>
      <w:r>
        <w:rPr>
          <w:b w:val="0"/>
          <w:sz w:val="20"/>
        </w:rPr>
        <w:t>Poste occupé : _____________________________________________________</w:t>
      </w:r>
    </w:p>
    <w:p>
      <w:r>
        <w:rPr>
          <w:b w:val="0"/>
          <w:sz w:val="20"/>
        </w:rPr>
        <w:t>Service / Département : _____________________________________________</w:t>
      </w:r>
    </w:p>
    <w:p>
      <w:r>
        <w:rPr>
          <w:b w:val="0"/>
          <w:sz w:val="20"/>
        </w:rPr>
        <w:t>Ancienneté dans l’entreprise : ______________________________________</w:t>
      </w:r>
    </w:p>
    <w:p/>
    <w:p>
      <w:r>
        <w:rPr>
          <w:b/>
          <w:sz w:val="20"/>
        </w:rPr>
        <w:t>Informations de l’Entreprise :</w:t>
      </w:r>
    </w:p>
    <w:p>
      <w:r>
        <w:rPr>
          <w:b w:val="0"/>
          <w:sz w:val="20"/>
        </w:rPr>
        <w:t>Nom de l’entreprise : 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Nom du Responsable hiérarchique : __________________________________</w:t>
      </w:r>
    </w:p>
    <w:p>
      <w:r>
        <w:rPr>
          <w:b w:val="0"/>
          <w:sz w:val="20"/>
        </w:rPr>
        <w:t>Fonction du Responsable hiérarchique : ______________________________</w:t>
      </w:r>
    </w:p>
    <w:p/>
    <w:p>
      <w:r>
        <w:rPr>
          <w:b/>
          <w:sz w:val="20"/>
        </w:rPr>
        <w:t>Objet de la demande :</w:t>
      </w:r>
    </w:p>
    <w:p>
      <w:r>
        <w:rPr>
          <w:b w:val="0"/>
          <w:sz w:val="20"/>
        </w:rPr>
        <w:t>Formation souhaitée : ______________________________________________</w:t>
      </w:r>
    </w:p>
    <w:p>
      <w:r>
        <w:rPr>
          <w:b w:val="0"/>
          <w:sz w:val="20"/>
        </w:rPr>
        <w:t>Organisme de formation : ___________________________________________</w:t>
      </w:r>
    </w:p>
    <w:p>
      <w:r>
        <w:rPr>
          <w:b w:val="0"/>
          <w:sz w:val="20"/>
        </w:rPr>
        <w:t>Durée prévue : _____________________________________________________</w:t>
      </w:r>
    </w:p>
    <w:p>
      <w:r>
        <w:rPr>
          <w:b w:val="0"/>
          <w:sz w:val="20"/>
        </w:rPr>
        <w:t>Période souhaitée : _________________________________________________</w:t>
      </w:r>
    </w:p>
    <w:p>
      <w:r>
        <w:rPr>
          <w:b w:val="0"/>
          <w:sz w:val="20"/>
        </w:rPr>
        <w:t>Lieu de la formation : ______________________________________________</w:t>
      </w:r>
    </w:p>
    <w:p/>
    <w:p>
      <w:r>
        <w:rPr>
          <w:b/>
          <w:sz w:val="20"/>
        </w:rPr>
        <w:t>Motivation et objectifs professionnels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Impact attendu de la formation sur le poste et l’entreprise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Modalités de financement :</w:t>
      </w:r>
    </w:p>
    <w:p>
      <w:r>
        <w:rPr>
          <w:b w:val="0"/>
          <w:sz w:val="20"/>
        </w:rPr>
        <w:t>Coût estimé de la formation : _________________________ EUR</w:t>
      </w:r>
    </w:p>
    <w:p>
      <w:r>
        <w:rPr>
          <w:b w:val="0"/>
          <w:sz w:val="20"/>
        </w:rPr>
        <w:t>Budget demandé auprès de l’entreprise : _________________ EUR</w:t>
      </w:r>
    </w:p>
    <w:p>
      <w:r>
        <w:rPr>
          <w:b w:val="0"/>
          <w:sz w:val="20"/>
        </w:rPr>
        <w:t>Autres sources de financement (CPF, OPCO, etc.) : __________________</w:t>
      </w:r>
    </w:p>
    <w:p/>
    <w:p>
      <w:r>
        <w:rPr>
          <w:b/>
          <w:sz w:val="20"/>
        </w:rPr>
        <w:t>Engagement du salarié :</w:t>
      </w:r>
    </w:p>
    <w:p>
      <w:r>
        <w:rPr>
          <w:b w:val="0"/>
          <w:sz w:val="20"/>
        </w:rPr>
        <w:t>Je m’engage à suivre la formation avec assiduité, à mettre en œuvre les compétences acquises dans mon travail et à respecter les règles de l’entreprise durant cette période.</w:t>
      </w:r>
    </w:p>
    <w:p/>
    <w:p>
      <w:r>
        <w:rPr>
          <w:b/>
          <w:sz w:val="20"/>
        </w:rPr>
        <w:t>Validation du Responsable hiérarchique :</w:t>
      </w:r>
    </w:p>
    <w:p>
      <w:r>
        <w:rPr>
          <w:b w:val="0"/>
          <w:sz w:val="20"/>
        </w:rPr>
        <w:t>Nom : ______________________________________________________________</w:t>
      </w:r>
    </w:p>
    <w:p>
      <w:r>
        <w:rPr>
          <w:b w:val="0"/>
          <w:sz w:val="20"/>
        </w:rPr>
        <w:t>Fonction : __________________________________________________________</w:t>
      </w:r>
    </w:p>
    <w:p>
      <w:r>
        <w:rPr>
          <w:b w:val="0"/>
          <w:sz w:val="20"/>
        </w:rPr>
        <w:t>Avis : ______________________________________________________________</w:t>
      </w:r>
    </w:p>
    <w:p>
      <w:r>
        <w:rPr>
          <w:b w:val="0"/>
          <w:sz w:val="20"/>
        </w:rPr>
        <w:t>Signature : ____________________________    Date : __________________</w:t>
      </w:r>
    </w:p>
    <w:p/>
    <w:p>
      <w:r>
        <w:rPr>
          <w:b/>
          <w:sz w:val="20"/>
        </w:rPr>
        <w:t>Décision de la Direction des Ressources Humaines :</w:t>
      </w:r>
    </w:p>
    <w:p>
      <w:r>
        <w:rPr>
          <w:b w:val="0"/>
          <w:sz w:val="20"/>
        </w:rPr>
        <w:t>Nom du responsable RH : _____________________________________________</w:t>
      </w:r>
    </w:p>
    <w:p>
      <w:r>
        <w:rPr>
          <w:b w:val="0"/>
          <w:sz w:val="20"/>
        </w:rPr>
        <w:t>Avis : ______________________________________________________________</w:t>
      </w:r>
    </w:p>
    <w:p>
      <w:r>
        <w:rPr>
          <w:b w:val="0"/>
          <w:sz w:val="20"/>
        </w:rPr>
        <w:t>Signature : ____________________________    Date : 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RESPONSABLE HIERARCHIQUE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https://juridique-administration.com/demande-de-formation/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demande-de-formation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