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 D’ABONNEMENT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L’Entreprise prestataire : 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_______________________________________________________________________</w:t>
      </w:r>
    </w:p>
    <w:p>
      <w:r>
        <w:rPr>
          <w:b w:val="0"/>
          <w:sz w:val="20"/>
        </w:rPr>
        <w:t>Représentée par : _________________________________________________________________</w:t>
      </w:r>
    </w:p>
    <w:p>
      <w:r>
        <w:rPr>
          <w:b w:val="0"/>
          <w:sz w:val="20"/>
        </w:rPr>
        <w:t>SIRET : __________________________________________________________________________</w:t>
      </w:r>
    </w:p>
    <w:p/>
    <w:p>
      <w:r>
        <w:rPr>
          <w:b w:val="0"/>
          <w:sz w:val="20"/>
        </w:rPr>
        <w:t>Le Client : _______________________________________________________________________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_______________________________________________________________________</w:t>
      </w:r>
    </w:p>
    <w:p>
      <w:r>
        <w:rPr>
          <w:b w:val="0"/>
          <w:sz w:val="20"/>
        </w:rPr>
        <w:t>Représenté(e) par (le cas échéant) : _______________________________________________</w:t>
      </w:r>
    </w:p>
    <w:p>
      <w:r>
        <w:rPr>
          <w:b w:val="0"/>
          <w:sz w:val="20"/>
        </w:rPr>
        <w:t>N° d’identification : _______________________________________________________________</w:t>
      </w:r>
    </w:p>
    <w:p/>
    <w:p>
      <w:r>
        <w:rPr>
          <w:b/>
          <w:sz w:val="20"/>
        </w:rPr>
        <w:t>Article 1 – Objet</w:t>
      </w:r>
    </w:p>
    <w:p>
      <w:r>
        <w:rPr>
          <w:b w:val="0"/>
          <w:sz w:val="20"/>
        </w:rPr>
        <w:t>Le présent contrat a pour objet de définir les conditions dans lesquelles l’Entreprise prestataire s’engage à fournir au Client un service d’abonnement conformément aux modalités décrites ci-après.</w:t>
      </w:r>
    </w:p>
    <w:p/>
    <w:p>
      <w:r>
        <w:rPr>
          <w:b/>
          <w:sz w:val="20"/>
        </w:rPr>
        <w:t>Article 2 – Durée</w:t>
      </w:r>
    </w:p>
    <w:p>
      <w:r>
        <w:rPr>
          <w:b w:val="0"/>
          <w:sz w:val="20"/>
        </w:rPr>
        <w:t>Le contrat entre en vigueur à compter de la signature et est conclu pour une durée indéterminée / déterminée (rayer la mention inutile). Le Client peut résilier à tout moment en respectant un préavis de __________ jours.</w:t>
      </w:r>
    </w:p>
    <w:p/>
    <w:p>
      <w:r>
        <w:rPr>
          <w:b/>
          <w:sz w:val="20"/>
        </w:rPr>
        <w:t>Article 3 – Description du service</w:t>
      </w:r>
    </w:p>
    <w:p>
      <w:r>
        <w:rPr>
          <w:b w:val="0"/>
          <w:sz w:val="20"/>
        </w:rPr>
        <w:t>Le service proposé comprend :</w:t>
      </w:r>
    </w:p>
    <w:p>
      <w:r>
        <w:rPr>
          <w:b w:val="0"/>
          <w:sz w:val="20"/>
        </w:rPr>
        <w:t>- 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</w:t>
      </w:r>
    </w:p>
    <w:p/>
    <w:p>
      <w:r>
        <w:rPr>
          <w:b/>
          <w:sz w:val="20"/>
        </w:rPr>
        <w:t>Article 4 – Modalités d’utilisation</w:t>
      </w:r>
    </w:p>
    <w:p>
      <w:r>
        <w:rPr>
          <w:b w:val="0"/>
          <w:sz w:val="20"/>
        </w:rPr>
        <w:t>Le Client s’engage à respecter les conditions d’utilisation suivantes :</w:t>
      </w:r>
    </w:p>
    <w:p>
      <w:r>
        <w:rPr>
          <w:b w:val="0"/>
          <w:sz w:val="20"/>
        </w:rPr>
        <w:t>- 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_____________________________________________________________________________</w:t>
      </w:r>
    </w:p>
    <w:p/>
    <w:p>
      <w:r>
        <w:rPr>
          <w:b/>
          <w:sz w:val="20"/>
        </w:rPr>
        <w:t>Article 5 – Prix et modalités de paiement</w:t>
      </w:r>
    </w:p>
    <w:p>
      <w:r>
        <w:rPr>
          <w:b w:val="0"/>
          <w:sz w:val="20"/>
        </w:rPr>
        <w:t>Le prix de l’abonnement est fixé à __________ euros hors taxes, payable selon la fréquence suivante : _________.</w:t>
      </w:r>
    </w:p>
    <w:p>
      <w:r>
        <w:rPr>
          <w:b w:val="0"/>
          <w:sz w:val="20"/>
        </w:rPr>
        <w:t>Le paiement s’effectue par : ___________________________________________. Tout retard de paiement entraînera l’application d’intérêts de retard au taux légal en vigueur.</w:t>
      </w:r>
    </w:p>
    <w:p/>
    <w:p>
      <w:r>
        <w:rPr>
          <w:b/>
          <w:sz w:val="20"/>
        </w:rPr>
        <w:t>Article 6 – Obligations de l’Entreprise prestataire</w:t>
      </w:r>
    </w:p>
    <w:p>
      <w:r>
        <w:rPr>
          <w:b w:val="0"/>
          <w:sz w:val="20"/>
        </w:rPr>
        <w:t>- Fournir le service conformément aux spécifications et dans les délais convenus.</w:t>
      </w:r>
    </w:p>
    <w:p>
      <w:r>
        <w:rPr>
          <w:b w:val="0"/>
          <w:sz w:val="20"/>
        </w:rPr>
        <w:t>- Assurer l’assistance technique selon les modalités définies.</w:t>
      </w:r>
    </w:p>
    <w:p>
      <w:r>
        <w:rPr>
          <w:b w:val="0"/>
          <w:sz w:val="20"/>
        </w:rPr>
        <w:t>- Informer le Client de toute modification impactant le service.</w:t>
      </w:r>
    </w:p>
    <w:p/>
    <w:p>
      <w:r>
        <w:rPr>
          <w:b/>
          <w:sz w:val="20"/>
        </w:rPr>
        <w:t>Article 7 – Obligations du Client</w:t>
      </w:r>
    </w:p>
    <w:p>
      <w:r>
        <w:rPr>
          <w:b w:val="0"/>
          <w:sz w:val="20"/>
        </w:rPr>
        <w:t>- Utiliser le service conformément aux conditions prévues.</w:t>
      </w:r>
    </w:p>
    <w:p>
      <w:r>
        <w:rPr>
          <w:b w:val="0"/>
          <w:sz w:val="20"/>
        </w:rPr>
        <w:t>- Régler les sommes dues dans les délais impartis.</w:t>
      </w:r>
    </w:p>
    <w:p>
      <w:r>
        <w:rPr>
          <w:b w:val="0"/>
          <w:sz w:val="20"/>
        </w:rPr>
        <w:t>- Informer l’Entreprise prestataire de tout problème ou dysfonctionnement.</w:t>
      </w:r>
    </w:p>
    <w:p/>
    <w:p>
      <w:r>
        <w:rPr>
          <w:b/>
          <w:sz w:val="20"/>
        </w:rPr>
        <w:t>Article 8 – Responsabilité</w:t>
      </w:r>
    </w:p>
    <w:p>
      <w:r>
        <w:rPr>
          <w:b w:val="0"/>
          <w:sz w:val="20"/>
        </w:rPr>
        <w:t>L’Entreprise prestataire ne saurait être tenue responsable des dommages indirects, pertes de données, ou préjudices subis par le Client liés à l’utilisation du service, sauf en cas de faute lourde ou dolosive.</w:t>
      </w:r>
    </w:p>
    <w:p/>
    <w:p>
      <w:r>
        <w:rPr>
          <w:b/>
          <w:sz w:val="20"/>
        </w:rPr>
        <w:t>Article 9 – Résiliation</w:t>
      </w:r>
    </w:p>
    <w:p>
      <w:r>
        <w:rPr>
          <w:b w:val="0"/>
          <w:sz w:val="20"/>
        </w:rPr>
        <w:t>Le contrat peut être résilié par l’une ou l’autre des parties en respectant un préavis de __________ jours, adressé par lettre recommandée avec accusé de réception.</w:t>
      </w:r>
    </w:p>
    <w:p>
      <w:r>
        <w:rPr>
          <w:b w:val="0"/>
          <w:sz w:val="20"/>
        </w:rPr>
        <w:t>En cas de manquement grave aux obligations contractuelles, la résiliation pourra être immédiate après mise en demeure restée sans effet.</w:t>
      </w:r>
    </w:p>
    <w:p/>
    <w:p>
      <w:r>
        <w:rPr>
          <w:b/>
          <w:sz w:val="20"/>
        </w:rPr>
        <w:t>Article 10 – Confidentialité</w:t>
      </w:r>
    </w:p>
    <w:p>
      <w:r>
        <w:rPr>
          <w:b w:val="0"/>
          <w:sz w:val="20"/>
        </w:rPr>
        <w:t>Chaque partie s’engage à conserver confidentielles les informations échangées dans le cadre de l’exécution du présent contrat, et à ne pas les divulguer à des tiers sans accord préalable écrit.</w:t>
      </w:r>
    </w:p>
    <w:p/>
    <w:p>
      <w:r>
        <w:rPr>
          <w:b/>
          <w:sz w:val="20"/>
        </w:rPr>
        <w:t>Article 11 – Protection des données personnelles</w:t>
      </w:r>
    </w:p>
    <w:p>
      <w:r>
        <w:rPr>
          <w:b w:val="0"/>
          <w:sz w:val="20"/>
        </w:rPr>
        <w:t>Les parties s’engagent à respecter la réglementation applicable en matière de protection des données personnelles, notamment le Règlement Général sur la Protection des Données (RGPD).</w:t>
      </w:r>
    </w:p>
    <w:p>
      <w:r>
        <w:rPr>
          <w:b w:val="0"/>
          <w:sz w:val="20"/>
        </w:rPr>
        <w:t>Le Client dispose d’un droit d’accès, de rectification et d’opposition pour ses données personnelles auprès de l’Entreprise prestataire.</w:t>
      </w:r>
    </w:p>
    <w:p/>
    <w:p>
      <w:r>
        <w:rPr>
          <w:b/>
          <w:sz w:val="20"/>
        </w:rPr>
        <w:t>Article 12 – Loi applicable et juridiction compétente</w:t>
      </w:r>
    </w:p>
    <w:p>
      <w:r>
        <w:rPr>
          <w:b w:val="0"/>
          <w:sz w:val="20"/>
        </w:rPr>
        <w:t>Le présent contrat est soumis au droit français. Tout litige relatif à sa validité, son interprétation ou son exécution sera soumis aux tribunaux compétents du ressort du siège social de l’Entreprise prestataire.</w:t>
      </w:r>
    </w:p>
    <w:p/>
    <w:p/>
    <w:p>
      <w:r>
        <w:rPr>
          <w:b w:val="0"/>
          <w:sz w:val="20"/>
        </w:rPr>
        <w:t>Lieu de signature : _________________________________________________________________</w:t>
      </w:r>
    </w:p>
    <w:p>
      <w:r>
        <w:rPr>
          <w:b w:val="0"/>
          <w:sz w:val="20"/>
        </w:rPr>
        <w:t>Date de signature : 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L’ENTREPRISE PRESTATAIRE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CLIENT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fonction : 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https://juridique-administration.com/contrat-d'abonnement-exemple/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contrat-d'abonnement-exempl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