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CERTIFICAT DE NUMÉROTAGE</w:t>
      </w:r>
    </w:p>
    <w:p/>
    <w:p/>
    <w:p>
      <w:r>
        <w:rPr>
          <w:b w:val="0"/>
          <w:sz w:val="20"/>
        </w:rPr>
        <w:t>Le présent certificat atteste que le navire décrit ci-après est enregistré conformément aux dispositions du Code des Transports et aux règlements applicables en vigueur en France.</w:t>
      </w:r>
    </w:p>
    <w:p/>
    <w:p/>
    <w:p>
      <w:r>
        <w:rPr>
          <w:b/>
          <w:sz w:val="20"/>
        </w:rPr>
        <w:t>Identification du Navire :</w:t>
      </w:r>
    </w:p>
    <w:p>
      <w:r>
        <w:rPr>
          <w:b w:val="0"/>
          <w:sz w:val="20"/>
        </w:rPr>
        <w:t>Nom du navire : _________________________________________________</w:t>
      </w:r>
    </w:p>
    <w:p>
      <w:r>
        <w:rPr>
          <w:b w:val="0"/>
          <w:sz w:val="20"/>
        </w:rPr>
        <w:t>Type de navire : _________________________________________________</w:t>
      </w:r>
    </w:p>
    <w:p>
      <w:r>
        <w:rPr>
          <w:b w:val="0"/>
          <w:sz w:val="20"/>
        </w:rPr>
        <w:t>Numéro d’identification maritime (NIM) : _________________________</w:t>
      </w:r>
    </w:p>
    <w:p>
      <w:r>
        <w:rPr>
          <w:b w:val="0"/>
          <w:sz w:val="20"/>
        </w:rPr>
        <w:t>Numéro d’immatriculation : _______________________________________</w:t>
      </w:r>
    </w:p>
    <w:p>
      <w:r>
        <w:rPr>
          <w:b w:val="0"/>
          <w:sz w:val="20"/>
        </w:rPr>
        <w:t>Numéro de coque (VIN ou équivalent) : ____________________________</w:t>
      </w:r>
    </w:p>
    <w:p>
      <w:r>
        <w:rPr>
          <w:b w:val="0"/>
          <w:sz w:val="20"/>
        </w:rPr>
        <w:t>Longueur hors-tout (m) : _____________________</w:t>
      </w:r>
    </w:p>
    <w:p>
      <w:r>
        <w:rPr>
          <w:b w:val="0"/>
          <w:sz w:val="20"/>
        </w:rPr>
        <w:t>Largeur (m) : ________________________________</w:t>
      </w:r>
    </w:p>
    <w:p>
      <w:r>
        <w:rPr>
          <w:b w:val="0"/>
          <w:sz w:val="20"/>
        </w:rPr>
        <w:t>Tirant d’eau (m) : ___________________________</w:t>
      </w:r>
    </w:p>
    <w:p>
      <w:r>
        <w:rPr>
          <w:b w:val="0"/>
          <w:sz w:val="20"/>
        </w:rPr>
        <w:t>Port en lourd (TPL) : __________________________ tonnes</w:t>
      </w:r>
    </w:p>
    <w:p>
      <w:r>
        <w:rPr>
          <w:b w:val="0"/>
          <w:sz w:val="20"/>
        </w:rPr>
        <w:t>Catégorie de navigation : _________________________________</w:t>
      </w:r>
    </w:p>
    <w:p/>
    <w:p>
      <w:r>
        <w:rPr>
          <w:b/>
          <w:sz w:val="20"/>
        </w:rPr>
        <w:t>Propriétaire du Navire :</w:t>
      </w:r>
    </w:p>
    <w:p>
      <w:r>
        <w:rPr>
          <w:b w:val="0"/>
          <w:sz w:val="20"/>
        </w:rPr>
        <w:t>Nom et prénom ou raison sociale : 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>
      <w:r>
        <w:rPr>
          <w:b w:val="0"/>
          <w:sz w:val="20"/>
        </w:rPr>
        <w:t>Adresse électronique : __________________________________________</w:t>
      </w:r>
    </w:p>
    <w:p/>
    <w:p>
      <w:r>
        <w:rPr>
          <w:b/>
          <w:sz w:val="20"/>
        </w:rPr>
        <w:t>Constructeur du Navire :</w:t>
      </w:r>
    </w:p>
    <w:p>
      <w:r>
        <w:rPr>
          <w:b w:val="0"/>
          <w:sz w:val="20"/>
        </w:rPr>
        <w:t>Nom : _________________________________________________________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Pays de construction : __________________________________________</w:t>
      </w:r>
    </w:p>
    <w:p>
      <w:r>
        <w:rPr>
          <w:b w:val="0"/>
          <w:sz w:val="20"/>
        </w:rPr>
        <w:t>Année de construction : _________________________________________</w:t>
      </w:r>
    </w:p>
    <w:p/>
    <w:p>
      <w:r>
        <w:rPr>
          <w:b/>
          <w:sz w:val="20"/>
        </w:rPr>
        <w:t>Documents annexes fournis :</w:t>
      </w:r>
    </w:p>
    <w:p>
      <w:r>
        <w:rPr>
          <w:b w:val="0"/>
          <w:sz w:val="20"/>
        </w:rPr>
        <w:t>- Certificat de conformité CE (le cas échéant)</w:t>
      </w:r>
    </w:p>
    <w:p>
      <w:r>
        <w:rPr>
          <w:b w:val="0"/>
          <w:sz w:val="20"/>
        </w:rPr>
        <w:t>- Certificat de jauge ou déclaration de jauge</w:t>
      </w:r>
    </w:p>
    <w:p>
      <w:r>
        <w:rPr>
          <w:b w:val="0"/>
          <w:sz w:val="20"/>
        </w:rPr>
        <w:t>- Certificat de francisation</w:t>
      </w:r>
    </w:p>
    <w:p>
      <w:r>
        <w:rPr>
          <w:b w:val="0"/>
          <w:sz w:val="20"/>
        </w:rPr>
        <w:t>- Copie du titre de propriété</w:t>
      </w:r>
    </w:p>
    <w:p>
      <w:r>
        <w:rPr>
          <w:b w:val="0"/>
          <w:sz w:val="20"/>
        </w:rPr>
        <w:t>- Autres documents pertinents : ________________________________</w:t>
      </w:r>
    </w:p>
    <w:p/>
    <w:p>
      <w:r>
        <w:rPr>
          <w:b/>
          <w:sz w:val="20"/>
        </w:rPr>
        <w:t>Observations et mentions spécifiques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/>
    <w:p>
      <w:r>
        <w:rPr>
          <w:b/>
          <w:sz w:val="20"/>
        </w:rPr>
        <w:t>Dispositions légales et obligations :</w:t>
      </w:r>
    </w:p>
    <w:p>
      <w:r>
        <w:rPr>
          <w:b w:val="0"/>
          <w:sz w:val="20"/>
        </w:rPr>
        <w:t>Le titulaire du présent certificat s’engage à respecter les dispositions du Code des Transports, notamment celles relatives à la navigation, à la sécurité, à l’entretien et à la présentation des documents.</w:t>
      </w:r>
    </w:p>
    <w:p>
      <w:r>
        <w:rPr>
          <w:b w:val="0"/>
          <w:sz w:val="20"/>
        </w:rPr>
        <w:t>Toute modification portant sur les caractéristiques du navire doit être déclarée dans les meilleurs délais aux autorités compétentes.</w:t>
      </w:r>
    </w:p>
    <w:p>
      <w:r>
        <w:rPr>
          <w:b w:val="0"/>
          <w:sz w:val="20"/>
        </w:rPr>
        <w:t>Le non-respect des obligations peut entraîner la suspension, l’annulation du certificat ou des sanctions prévues par la loi.</w:t>
      </w:r>
    </w:p>
    <w:p/>
    <w:p>
      <w:r>
        <w:rPr>
          <w:b/>
          <w:sz w:val="20"/>
        </w:rPr>
        <w:t>Validité du certificat :</w:t>
      </w:r>
    </w:p>
    <w:p>
      <w:r>
        <w:rPr>
          <w:b w:val="0"/>
          <w:sz w:val="20"/>
        </w:rPr>
        <w:t>Le présent certificat est délivré sans limitation de durée sous réserve du respect des conditions de navigation et de sécurité en vigueur.</w:t>
      </w:r>
    </w:p>
    <w:p>
      <w:r>
        <w:rPr>
          <w:b w:val="0"/>
          <w:sz w:val="20"/>
        </w:rPr>
        <w:t>Il doit être présenté à toute réquisition des autorités maritimes ou douanières.</w:t>
      </w:r>
    </w:p>
    <w:p/>
    <w:p>
      <w:r>
        <w:rPr>
          <w:b w:val="0"/>
          <w:sz w:val="20"/>
        </w:rPr>
        <w:t>Lieu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Représentant de l’administration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Titulaire du Certificat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https://juridique-administration.com/certificat-de-numerotage/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certificat-de-numerotag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