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CERTIFICAT DE CONCUBINAGE</w:t>
      </w:r>
    </w:p>
    <w:p/>
    <w:p>
      <w:r>
        <w:rPr>
          <w:b w:val="0"/>
          <w:sz w:val="20"/>
        </w:rPr>
        <w:t>Nous, soussignés, attestons par la présente notre concubinage conformément aux dispositions du droit français en vigueur.</w:t>
      </w:r>
    </w:p>
    <w:p/>
    <w:p/>
    <w:p>
      <w:r>
        <w:rPr>
          <w:b/>
          <w:sz w:val="20"/>
        </w:rPr>
        <w:t>Données du Premier Concubin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Date et lieu de naissance : ______________________________________</w:t>
      </w:r>
    </w:p>
    <w:p>
      <w:r>
        <w:rPr>
          <w:b w:val="0"/>
          <w:sz w:val="20"/>
        </w:rPr>
        <w:t>Adresse principale : _______________________________________________</w:t>
      </w:r>
    </w:p>
    <w:p>
      <w:r>
        <w:rPr>
          <w:b w:val="0"/>
          <w:sz w:val="20"/>
        </w:rPr>
        <w:t>Situation familiale : ______________________________________________</w:t>
      </w:r>
    </w:p>
    <w:p/>
    <w:p>
      <w:r>
        <w:rPr>
          <w:b/>
          <w:sz w:val="20"/>
        </w:rPr>
        <w:t>Données du Second Concubin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Date et lieu de naissance : ______________________________________</w:t>
      </w:r>
    </w:p>
    <w:p>
      <w:r>
        <w:rPr>
          <w:b w:val="0"/>
          <w:sz w:val="20"/>
        </w:rPr>
        <w:t>Adresse principale : _______________________________________________</w:t>
      </w:r>
    </w:p>
    <w:p>
      <w:r>
        <w:rPr>
          <w:b w:val="0"/>
          <w:sz w:val="20"/>
        </w:rPr>
        <w:t>Situation familiale : ______________________________________________</w:t>
      </w:r>
    </w:p>
    <w:p/>
    <w:p>
      <w:r>
        <w:rPr>
          <w:b/>
          <w:sz w:val="20"/>
        </w:rPr>
        <w:t>Déclaration de vie commune :</w:t>
      </w:r>
    </w:p>
    <w:p>
      <w:r>
        <w:rPr>
          <w:b w:val="0"/>
          <w:sz w:val="20"/>
        </w:rPr>
        <w:t>Nous déclarons vivre en concubinage notoire, de manière stable, continue et depuis au moins six mois au moment de la signature du présent certificat.</w:t>
      </w:r>
    </w:p>
    <w:p>
      <w:r>
        <w:rPr>
          <w:b w:val="0"/>
          <w:sz w:val="20"/>
        </w:rPr>
        <w:t>Cette union de fait ne résulte ni d’un mariage ni d’un pacte civil de solidarité (PACS).</w:t>
      </w:r>
    </w:p>
    <w:p/>
    <w:p>
      <w:r>
        <w:rPr>
          <w:b/>
          <w:sz w:val="20"/>
        </w:rPr>
        <w:t>Adresse Commune :</w:t>
      </w:r>
    </w:p>
    <w:p>
      <w:r>
        <w:rPr>
          <w:b w:val="0"/>
          <w:sz w:val="20"/>
        </w:rPr>
        <w:t>Adresse du domicile où nous vivons en concubinage : __________________________________________________________</w:t>
      </w:r>
    </w:p>
    <w:p/>
    <w:p>
      <w:r>
        <w:rPr>
          <w:b/>
          <w:sz w:val="20"/>
        </w:rPr>
        <w:t>Durée de la vie commune :</w:t>
      </w:r>
    </w:p>
    <w:p>
      <w:r>
        <w:rPr>
          <w:b w:val="0"/>
          <w:sz w:val="20"/>
        </w:rPr>
        <w:t>Date de début de la vie commune : __________________________________</w:t>
      </w:r>
    </w:p>
    <w:p>
      <w:r>
        <w:rPr>
          <w:b w:val="0"/>
          <w:sz w:val="20"/>
        </w:rPr>
        <w:t>Durée totale estimée de la vie commune : ___________________________</w:t>
      </w:r>
    </w:p>
    <w:p/>
    <w:p>
      <w:r>
        <w:rPr>
          <w:b/>
          <w:sz w:val="20"/>
        </w:rPr>
        <w:t>Engagements et attestations :</w:t>
      </w:r>
    </w:p>
    <w:p>
      <w:r>
        <w:rPr>
          <w:b w:val="0"/>
          <w:sz w:val="20"/>
        </w:rPr>
        <w:t>Nous attestons sur l’honneur que notre concubinage est réel, sincère et public.</w:t>
      </w:r>
    </w:p>
    <w:p>
      <w:r>
        <w:rPr>
          <w:b w:val="0"/>
          <w:sz w:val="20"/>
        </w:rPr>
        <w:t>Nous nous engageons à informer toute autorité compétente en cas de changement affectant notre situation de concubinage.</w:t>
      </w:r>
    </w:p>
    <w:p>
      <w:r>
        <w:rPr>
          <w:b w:val="0"/>
          <w:sz w:val="20"/>
        </w:rPr>
        <w:t>Ce certificat est établi pour servir et valoir ce que de droit.</w:t>
      </w:r>
    </w:p>
    <w:p/>
    <w:p>
      <w:r>
        <w:rPr>
          <w:b/>
          <w:sz w:val="20"/>
        </w:rPr>
        <w:t>Pièces justificatives jointes à ce certificat :</w:t>
      </w:r>
    </w:p>
    <w:p>
      <w:r>
        <w:rPr>
          <w:b w:val="0"/>
          <w:sz w:val="20"/>
        </w:rPr>
        <w:t>- Copies des pièces d’identité des deux concubins</w:t>
      </w:r>
    </w:p>
    <w:p>
      <w:r>
        <w:rPr>
          <w:b w:val="0"/>
          <w:sz w:val="20"/>
        </w:rPr>
        <w:t>- Justificatif de domicile commun datant de moins de trois mois</w:t>
      </w:r>
    </w:p>
    <w:p>
      <w:r>
        <w:rPr>
          <w:b w:val="0"/>
          <w:sz w:val="20"/>
        </w:rPr>
        <w:t>- Tout autre document prouvant la vie commune (factures, attestations, etc.)</w:t>
      </w:r>
    </w:p>
    <w:p/>
    <w:p/>
    <w:p>
      <w:r>
        <w:rPr>
          <w:b w:val="0"/>
          <w:sz w:val="20"/>
        </w:rPr>
        <w:t>Lieu de rédaction du certificat : _____________________________________</w:t>
      </w:r>
    </w:p>
    <w:p>
      <w:r>
        <w:rPr>
          <w:b w:val="0"/>
          <w:sz w:val="20"/>
        </w:rPr>
        <w:t>Date de rédaction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Premier Concubin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Second Concubin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https://juridique-administration.com/certificat-de-concubinage/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certificat-de-concubinag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