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SUR L’HONNEUR</w:t>
      </w:r>
    </w:p>
    <w:p>
      <w:pPr>
        <w:jc w:val="center"/>
      </w:pPr>
      <w:r>
        <w:rPr>
          <w:b/>
          <w:sz w:val="20"/>
        </w:rPr>
        <w:t>DE COVOITURAGE</w:t>
      </w:r>
    </w:p>
    <w:p/>
    <w:p/>
    <w:p>
      <w:r>
        <w:rPr>
          <w:b/>
          <w:sz w:val="20"/>
        </w:rPr>
        <w:t xml:space="preserve">Je soussigné(e) : 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___________________________________________________</w:t>
      </w:r>
    </w:p>
    <w:p/>
    <w:p>
      <w:r>
        <w:rPr>
          <w:b/>
          <w:sz w:val="20"/>
        </w:rPr>
        <w:t>Déclare sur l’honneur avoir effectué un covoiturage dans le cadre suivant :</w:t>
      </w:r>
    </w:p>
    <w:p>
      <w:r>
        <w:rPr>
          <w:b w:val="0"/>
          <w:sz w:val="20"/>
        </w:rPr>
        <w:t>Date(s) du ou des trajets : __________________________________________</w:t>
      </w:r>
    </w:p>
    <w:p>
      <w:r>
        <w:rPr>
          <w:b w:val="0"/>
          <w:sz w:val="20"/>
        </w:rPr>
        <w:t>Lieu de départ : _____________________________________________________</w:t>
      </w:r>
    </w:p>
    <w:p>
      <w:r>
        <w:rPr>
          <w:b w:val="0"/>
          <w:sz w:val="20"/>
        </w:rPr>
        <w:t>Lieu d’arrivée : _____________________________________________________</w:t>
      </w:r>
    </w:p>
    <w:p>
      <w:r>
        <w:rPr>
          <w:b w:val="0"/>
          <w:sz w:val="20"/>
        </w:rPr>
        <w:t>Nombre de passagers transportés : ____________________________________</w:t>
      </w:r>
    </w:p>
    <w:p/>
    <w:p>
      <w:r>
        <w:rPr>
          <w:b/>
          <w:sz w:val="20"/>
        </w:rPr>
        <w:t>Je certifie que cette déclaration est exacte et conforme aux dispositions légales en vigueur.</w:t>
      </w:r>
    </w:p>
    <w:p/>
    <w:p>
      <w:r>
        <w:rPr>
          <w:b w:val="0"/>
          <w:sz w:val="20"/>
        </w:rPr>
        <w:t>Je suis conscient(e) que toute fausse déclaration m’expose à des sanctions pénales prévues par la loi française, notamment les articles 441-1 et suivants du Code pénal relatifs à la fraude et à la falsification de documents.</w:t>
      </w:r>
    </w:p>
    <w:p/>
    <w:p>
      <w:r>
        <w:rPr>
          <w:b w:val="0"/>
          <w:sz w:val="20"/>
        </w:rPr>
        <w:t>Cette attestation est rédigée selon le principe de la bonne foi et de la responsabilité civile qui m’incombent.</w:t>
      </w:r>
    </w:p>
    <w:p/>
    <w:p/>
    <w:p>
      <w:r>
        <w:rPr>
          <w:b/>
          <w:sz w:val="20"/>
        </w:rPr>
        <w:t>Engagements du signataire :</w:t>
      </w:r>
    </w:p>
    <w:p>
      <w:r>
        <w:rPr>
          <w:b w:val="0"/>
          <w:sz w:val="20"/>
        </w:rPr>
        <w:t>- Respecter les règles relatives au covoiturage prévues par la réglementation en vigueur.</w:t>
      </w:r>
    </w:p>
    <w:p>
      <w:r>
        <w:rPr>
          <w:b w:val="0"/>
          <w:sz w:val="20"/>
        </w:rPr>
        <w:t>- Ne pas percevoir de rémunération supérieure au partage équitable des frais de route.</w:t>
      </w:r>
    </w:p>
    <w:p>
      <w:r>
        <w:rPr>
          <w:b w:val="0"/>
          <w:sz w:val="20"/>
        </w:rPr>
        <w:t>- Garantir la sécurité des passagers transportés.</w:t>
      </w:r>
    </w:p>
    <w:p/>
    <w:p>
      <w:r>
        <w:rPr>
          <w:b/>
          <w:sz w:val="20"/>
        </w:rPr>
        <w:t>Protection des données personnelles :</w:t>
      </w:r>
    </w:p>
    <w:p>
      <w:r>
        <w:rPr>
          <w:b w:val="0"/>
          <w:sz w:val="20"/>
        </w:rPr>
        <w:t>Les informations recueillies dans le cadre de cette attestation sont destinées à l’usage exclusif de l’autorité ou de l’organisme demandeur, conformément au Règlement Général sur la Protection des Données (RGPD) ainsi qu’à la loi Informatique et Libertés du 6 janvier 1978 modifiée. Elles ne seront pas communiquées à des tiers sans votre consentement préalable, sauf obligation légale.</w:t>
      </w:r>
    </w:p>
    <w:p/>
    <w:p/>
    <w:p>
      <w:r>
        <w:rPr>
          <w:b w:val="0"/>
          <w:sz w:val="20"/>
        </w:rPr>
        <w:t>Lieu : _________________________________________    Date : _________________________________________</w:t>
      </w:r>
    </w:p>
    <w:p/>
    <w:p/>
    <w:p/>
    <w:p>
      <w:r>
        <w:rPr>
          <w:b w:val="0"/>
          <w:sz w:val="20"/>
        </w:rPr>
        <w:t>Signature : 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déclarant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témoin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https://juridique-administration.com/attestation-sur-l'honneur-covoiturage/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sur-l'honneur-covoiturag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