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PRISE EN CHARGE DE REPAS</w:t>
      </w:r>
    </w:p>
    <w:p/>
    <w:p/>
    <w:p>
      <w:r>
        <w:rPr>
          <w:b/>
          <w:sz w:val="20"/>
        </w:rPr>
        <w:t>Je soussignée, Assistante Maternelle agréée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Adresse professionnelle : ___________________________________________</w:t>
      </w:r>
    </w:p>
    <w:p>
      <w:r>
        <w:rPr>
          <w:b w:val="0"/>
          <w:sz w:val="20"/>
        </w:rPr>
        <w:t>Numéro d’agrément : _________________________________________________</w:t>
      </w:r>
    </w:p>
    <w:p>
      <w:r>
        <w:rPr>
          <w:b w:val="0"/>
          <w:sz w:val="20"/>
        </w:rPr>
        <w:t>Téléphone : _________________________________________________________</w:t>
      </w:r>
    </w:p>
    <w:p/>
    <w:p>
      <w:r>
        <w:rPr>
          <w:b/>
          <w:sz w:val="20"/>
        </w:rPr>
        <w:t>Certifie avoir assuré la prise en charge du repas de l’enfant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Date de naissance : 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/>
    <w:p>
      <w:r>
        <w:rPr>
          <w:b/>
          <w:sz w:val="20"/>
        </w:rPr>
        <w:t>Pour la période suivante :</w:t>
      </w:r>
    </w:p>
    <w:p>
      <w:r>
        <w:rPr>
          <w:b w:val="0"/>
          <w:sz w:val="20"/>
        </w:rPr>
        <w:t>Du : ___________________________  au : ___________________________</w:t>
      </w:r>
    </w:p>
    <w:p/>
    <w:p>
      <w:r>
        <w:rPr>
          <w:b/>
          <w:sz w:val="20"/>
        </w:rPr>
        <w:t>Durant cette période, les repas suivants ont été pris en charge au domicile de l’assistante maternelle :</w:t>
      </w:r>
    </w:p>
    <w:p>
      <w:r>
        <w:rPr>
          <w:b w:val="0"/>
          <w:sz w:val="20"/>
        </w:rPr>
        <w:t>- Repas du midi : □ Oui    □ Non</w:t>
      </w:r>
    </w:p>
    <w:p>
      <w:r>
        <w:rPr>
          <w:b w:val="0"/>
          <w:sz w:val="20"/>
        </w:rPr>
        <w:t>- Repas du soir : □ Oui    □ Non</w:t>
      </w:r>
    </w:p>
    <w:p>
      <w:r>
        <w:rPr>
          <w:b w:val="0"/>
          <w:sz w:val="20"/>
        </w:rPr>
        <w:t>- Collations : □ Oui    □ Non</w:t>
      </w:r>
    </w:p>
    <w:p>
      <w:r>
        <w:rPr>
          <w:b w:val="0"/>
          <w:sz w:val="20"/>
        </w:rPr>
        <w:t>- Repas apportés par les parents : □ Oui    □ Non</w:t>
      </w:r>
    </w:p>
    <w:p/>
    <w:p>
      <w:r>
        <w:rPr>
          <w:b/>
          <w:sz w:val="20"/>
        </w:rPr>
        <w:t>Conditions générales :</w:t>
      </w:r>
    </w:p>
    <w:p>
      <w:r>
        <w:rPr>
          <w:b w:val="0"/>
          <w:sz w:val="20"/>
        </w:rPr>
        <w:t>L’assistante maternelle s’engage à respecter les règles d’hygiène et de sécurité alimentaire conformément à la réglementation en vigueur.</w:t>
      </w:r>
    </w:p>
    <w:p>
      <w:r>
        <w:rPr>
          <w:b w:val="0"/>
          <w:sz w:val="20"/>
        </w:rPr>
        <w:t>Les repas pris en charge sont préparés soit par l’assistante maternelle, soit apportés par les parents, selon les modalités convenues.</w:t>
      </w:r>
    </w:p>
    <w:p>
      <w:r>
        <w:rPr>
          <w:b w:val="0"/>
          <w:sz w:val="20"/>
        </w:rPr>
        <w:t>Cette attestation est délivrée pour servir et valoir ce que de droit.</w:t>
      </w:r>
    </w:p>
    <w:p/>
    <w:p/>
    <w:p>
      <w:r>
        <w:rPr>
          <w:b w:val="0"/>
          <w:sz w:val="20"/>
        </w:rPr>
        <w:t>Lieu de rédaction de l’attestation : __________________________________</w:t>
      </w:r>
    </w:p>
    <w:p>
      <w:r>
        <w:rPr>
          <w:b w:val="0"/>
          <w:sz w:val="20"/>
        </w:rPr>
        <w:t>Fait à : __________________________________</w:t>
      </w:r>
    </w:p>
    <w:p>
      <w:pPr>
        <w:jc w:val="center"/>
      </w:pPr>
      <w:r>
        <w:rPr>
          <w:b w:val="0"/>
          <w:sz w:val="20"/>
        </w:rPr>
        <w:t>En double exemplaire.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Assistante Maternelle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Parents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https://juridique-administration.com/attestation-repas-assistante-maternelle/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attestation-repas-assistante-maternell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