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ATTESTATION DE MEMBRE D’UNE ASSOCIATION</w:t>
      </w:r>
    </w:p>
    <w:p/>
    <w:p/>
    <w:p>
      <w:r>
        <w:rPr>
          <w:b w:val="0"/>
          <w:sz w:val="20"/>
        </w:rPr>
        <w:t>Je soussigné(e), responsable légal de l’association dont la dénomination figure ci-dessous, certifie par la présente que la personne désignée est membre en règle de ladite association.</w:t>
      </w:r>
    </w:p>
    <w:p/>
    <w:p/>
    <w:p>
      <w:r>
        <w:rPr>
          <w:b/>
          <w:sz w:val="20"/>
        </w:rPr>
        <w:t>Nom de l’Association :</w:t>
      </w:r>
    </w:p>
    <w:p>
      <w:r>
        <w:rPr>
          <w:b w:val="0"/>
          <w:sz w:val="20"/>
        </w:rPr>
        <w:t>______________________________________________________________</w:t>
      </w:r>
    </w:p>
    <w:p>
      <w:r>
        <w:rPr>
          <w:b/>
          <w:sz w:val="20"/>
        </w:rPr>
        <w:t>Adresse du siège social :</w:t>
      </w:r>
    </w:p>
    <w:p>
      <w:r>
        <w:rPr>
          <w:b w:val="0"/>
          <w:sz w:val="20"/>
        </w:rPr>
        <w:t>______________________________________________________________</w:t>
      </w:r>
    </w:p>
    <w:p>
      <w:r>
        <w:rPr>
          <w:b/>
          <w:sz w:val="20"/>
        </w:rPr>
        <w:t>Numéro SIREN/SIRET (le cas échéant) :</w:t>
      </w:r>
    </w:p>
    <w:p>
      <w:r>
        <w:rPr>
          <w:b w:val="0"/>
          <w:sz w:val="20"/>
        </w:rPr>
        <w:t>______________________________________________________________</w:t>
      </w:r>
    </w:p>
    <w:p>
      <w:r>
        <w:rPr>
          <w:b/>
          <w:sz w:val="20"/>
        </w:rPr>
        <w:t>Objet social de l’association :</w:t>
      </w:r>
    </w:p>
    <w:p>
      <w:r>
        <w:rPr>
          <w:b w:val="0"/>
          <w:sz w:val="20"/>
        </w:rPr>
        <w:t>______________________________________________________________</w:t>
      </w:r>
    </w:p>
    <w:p/>
    <w:p/>
    <w:p>
      <w:r>
        <w:rPr>
          <w:b/>
          <w:sz w:val="20"/>
        </w:rPr>
        <w:t>Nom et Prénom du Membre :</w:t>
      </w:r>
    </w:p>
    <w:p>
      <w:r>
        <w:rPr>
          <w:b w:val="0"/>
          <w:sz w:val="20"/>
        </w:rPr>
        <w:t>______________________________________________________________</w:t>
      </w:r>
    </w:p>
    <w:p>
      <w:r>
        <w:rPr>
          <w:b/>
          <w:sz w:val="20"/>
        </w:rPr>
        <w:t>Date de naissance :</w:t>
      </w:r>
    </w:p>
    <w:p>
      <w:r>
        <w:rPr>
          <w:b w:val="0"/>
          <w:sz w:val="20"/>
        </w:rPr>
        <w:t>______________________________________________________________</w:t>
      </w:r>
    </w:p>
    <w:p>
      <w:r>
        <w:rPr>
          <w:b/>
          <w:sz w:val="20"/>
        </w:rPr>
        <w:t>Adresse personnelle :</w:t>
      </w:r>
    </w:p>
    <w:p>
      <w:r>
        <w:rPr>
          <w:b w:val="0"/>
          <w:sz w:val="20"/>
        </w:rPr>
        <w:t>______________________________________________________________</w:t>
      </w:r>
    </w:p>
    <w:p>
      <w:r>
        <w:rPr>
          <w:b/>
          <w:sz w:val="20"/>
        </w:rPr>
        <w:t>Qualité ou fonction au sein de l’association (le cas échéant) :</w:t>
      </w:r>
    </w:p>
    <w:p>
      <w:r>
        <w:rPr>
          <w:b w:val="0"/>
          <w:sz w:val="20"/>
        </w:rPr>
        <w:t>______________________________________________________________</w:t>
      </w:r>
    </w:p>
    <w:p/>
    <w:p/>
    <w:p>
      <w:r>
        <w:rPr>
          <w:b/>
          <w:sz w:val="20"/>
        </w:rPr>
        <w:t>La personne susnommée est adhérente à l’association susmentionnée depuis le ____________</w:t>
      </w:r>
    </w:p>
    <w:p>
      <w:r>
        <w:rPr>
          <w:b w:val="0"/>
          <w:sz w:val="20"/>
        </w:rPr>
        <w:t>Elle s’est engagée à respecter les statuts et règlements intérieurs de l’association.</w:t>
      </w:r>
    </w:p>
    <w:p/>
    <w:p/>
    <w:p>
      <w:r>
        <w:rPr>
          <w:b w:val="0"/>
          <w:sz w:val="20"/>
        </w:rPr>
        <w:t>Les droits et obligations du membre sont définis dans les statuts de l’association, notamment en ce qui concerne la participation aux activités, le paiement des cotisations éventuelles, ainsi que le respect des règles internes.</w:t>
      </w:r>
    </w:p>
    <w:p/>
    <w:p/>
    <w:p>
      <w:r>
        <w:rPr>
          <w:b w:val="0"/>
          <w:sz w:val="20"/>
        </w:rPr>
        <w:t>Cette attestation est délivrée pour servir et valoir ce que de droit.</w:t>
      </w:r>
    </w:p>
    <w:p/>
    <w:p/>
    <w:p/>
    <w:p>
      <w:r>
        <w:rPr>
          <w:b/>
          <w:sz w:val="20"/>
        </w:rPr>
        <w:t>Lieu de délivrance :</w:t>
      </w:r>
    </w:p>
    <w:p>
      <w:r>
        <w:rPr>
          <w:b w:val="0"/>
          <w:sz w:val="20"/>
        </w:rPr>
        <w:t>______________________________________________________________</w:t>
      </w:r>
    </w:p>
    <w:p>
      <w:r>
        <w:rPr>
          <w:b/>
          <w:sz w:val="20"/>
        </w:rPr>
        <w:t>Date de délivrance :</w:t>
      </w:r>
    </w:p>
    <w:p>
      <w:r>
        <w:rPr>
          <w:b w:val="0"/>
          <w:sz w:val="20"/>
        </w:rPr>
        <w:t>______________________________________________________________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Pour l’Association</w:t>
            </w:r>
          </w:p>
        </w:tc>
        <w:tc>
          <w:tcPr>
            <w:tcW w:type="dxa" w:w="4986"/>
            <w:tcBorders>
              <w:top w:val="nil"/>
              <w:left w:val="nil"/>
              <w:bottom w:val="nil"/>
              <w:right w:val="nil"/>
              <w:insideH w:val="nil"/>
              <w:insideV w:val="nil"/>
            </w:tcBorders>
          </w:tcPr>
          <w:p>
            <w:pPr>
              <w:jc w:val="center"/>
            </w:pPr>
            <w:r>
              <w:t>Le Membre</w:t>
            </w:r>
          </w:p>
        </w:tc>
      </w:tr>
      <w:tr>
        <w:tc>
          <w:tcPr>
            <w:tcW w:type="dxa" w:w="4986"/>
            <w:tcBorders>
              <w:top w:val="nil"/>
              <w:left w:val="nil"/>
              <w:bottom w:val="nil"/>
              <w:right w:val="nil"/>
              <w:insideH w:val="nil"/>
              <w:insideV w:val="nil"/>
            </w:tcBorders>
          </w:tcPr>
          <w:p>
            <w:pPr>
              <w:jc w:val="center"/>
            </w:pPr>
            <w:r>
              <w:br/>
              <w:br/>
              <w:t>Signature et cachet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et fonction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https://juridique-administration.com/attestation-membre-association/</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https://juridique-administration.com</w:t>
        </w:r>
      </w:hyperlink>
    </w:p>
    <w:p>
      <w:pPr>
        <w:jc w:val="center"/>
      </w:pPr>
      <w:r>
        <w:rPr>
          <w:color w:val="808080"/>
          <w:sz w:val="20"/>
        </w:rPr>
        <w:t>Ce modèle est destiné exclusivement à un usage personnel et non commercial.</w:t>
        <w:br/>
        <w:t>Toute diffusion ou publication doit obligatoirement mentionner la source. © juridique-administration.com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administration.com/attestation-membre-association/" TargetMode="External"/><Relationship Id="rId10" Type="http://schemas.openxmlformats.org/officeDocument/2006/relationships/hyperlink" Target="https://juridique-administr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