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EMPLOYEUR - LEASING SOCIAL</w:t>
      </w:r>
    </w:p>
    <w:p/>
    <w:p/>
    <w:p>
      <w:r>
        <w:rPr>
          <w:b/>
          <w:sz w:val="20"/>
        </w:rPr>
        <w:t>Informations sur l’Employeur :</w:t>
      </w:r>
    </w:p>
    <w:p>
      <w:r>
        <w:rPr>
          <w:b w:val="0"/>
          <w:sz w:val="20"/>
        </w:rPr>
        <w:t>Raison sociale : _________________________________________________</w:t>
      </w:r>
    </w:p>
    <w:p>
      <w:r>
        <w:rPr>
          <w:b w:val="0"/>
          <w:sz w:val="20"/>
        </w:rPr>
        <w:t>Adresse du siège social : _________________________________________</w:t>
      </w:r>
    </w:p>
    <w:p>
      <w:r>
        <w:rPr>
          <w:b w:val="0"/>
          <w:sz w:val="20"/>
        </w:rPr>
        <w:t>Numéro SIRET : _________________________________________________</w:t>
      </w:r>
    </w:p>
    <w:p>
      <w:r>
        <w:rPr>
          <w:b w:val="0"/>
          <w:sz w:val="20"/>
        </w:rPr>
        <w:t>Code APE/NAF : _________________________________________________</w:t>
      </w:r>
    </w:p>
    <w:p>
      <w:r>
        <w:rPr>
          <w:b w:val="0"/>
          <w:sz w:val="20"/>
        </w:rPr>
        <w:t>Représentant légal (Nom, Prénom et fonction) : ____________________</w:t>
      </w:r>
    </w:p>
    <w:p/>
    <w:p>
      <w:r>
        <w:rPr>
          <w:b/>
          <w:sz w:val="20"/>
        </w:rPr>
        <w:t>Informations sur le Salarié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Date et lieu de naissance : 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Poste occupé : _________________________________________________</w:t>
      </w:r>
    </w:p>
    <w:p>
      <w:r>
        <w:rPr>
          <w:b w:val="0"/>
          <w:sz w:val="20"/>
        </w:rPr>
        <w:t>Date d’entrée dans l’entreprise : ________________________________</w:t>
      </w:r>
    </w:p>
    <w:p>
      <w:r>
        <w:rPr>
          <w:b w:val="0"/>
          <w:sz w:val="20"/>
        </w:rPr>
        <w:t>Type de contrat : ________________________________________________</w:t>
      </w:r>
    </w:p>
    <w:p>
      <w:r>
        <w:rPr>
          <w:b w:val="0"/>
          <w:sz w:val="20"/>
        </w:rPr>
        <w:t>Durée de travail hebdomadaire : __________________________________</w:t>
      </w:r>
    </w:p>
    <w:p>
      <w:r>
        <w:rPr>
          <w:b w:val="0"/>
          <w:sz w:val="20"/>
        </w:rPr>
        <w:t>Rémunération brute mensuelle : ___________________________________</w:t>
      </w:r>
    </w:p>
    <w:p/>
    <w:p>
      <w:r>
        <w:rPr>
          <w:b/>
          <w:sz w:val="20"/>
        </w:rPr>
        <w:t>Objet de l’attestation :</w:t>
      </w:r>
    </w:p>
    <w:p>
      <w:r>
        <w:rPr>
          <w:b w:val="0"/>
          <w:sz w:val="20"/>
        </w:rPr>
        <w:t>Cette attestation est établie en vue de justifier de la situation professionnelle du salarié dans le cadre d’un leasing social destiné à faciliter l’accès au logement social. Elle certifie que le salarié est bien employé par l’entreprise susmentionnée selon les termes décrits ci-dessus.</w:t>
      </w:r>
    </w:p>
    <w:p/>
    <w:p>
      <w:r>
        <w:rPr>
          <w:b/>
          <w:sz w:val="20"/>
        </w:rPr>
        <w:t>Engagement de l’employeur :</w:t>
      </w:r>
    </w:p>
    <w:p>
      <w:r>
        <w:rPr>
          <w:b w:val="0"/>
          <w:sz w:val="20"/>
        </w:rPr>
        <w:t>L’employeur s’engage à informer immédiatement l’organisme de leasing social de toute modification concernant la situation professionnelle du salarié susceptible d’affecter son éligibilité au dispositif.</w:t>
      </w:r>
    </w:p>
    <w:p/>
    <w:p>
      <w:r>
        <w:rPr>
          <w:b/>
          <w:sz w:val="20"/>
        </w:rPr>
        <w:t>Confidentialité :</w:t>
      </w:r>
    </w:p>
    <w:p>
      <w:r>
        <w:rPr>
          <w:b w:val="0"/>
          <w:sz w:val="20"/>
        </w:rPr>
        <w:t>Les informations contenues dans la présente attestation sont destinées exclusivement à l'organisme de leasing social et doivent être traitées conformément aux dispositions légales en vigueur relatives à la protection des données personnelles.</w:t>
      </w:r>
    </w:p>
    <w:p/>
    <w:p>
      <w:r>
        <w:rPr>
          <w:b/>
          <w:sz w:val="20"/>
        </w:rPr>
        <w:t>Vérification :</w:t>
      </w:r>
    </w:p>
    <w:p>
      <w:r>
        <w:rPr>
          <w:b w:val="0"/>
          <w:sz w:val="20"/>
        </w:rPr>
        <w:t>L’organisme de leasing social se réserve le droit de vérifier l’exactitude des informations communiquées auprès de l’employeur. Toute fausse déclaration est passible de sanctions conformément au droit français.</w:t>
      </w:r>
    </w:p>
    <w:p/>
    <w:p/>
    <w:p>
      <w:r>
        <w:rPr>
          <w:b w:val="0"/>
          <w:sz w:val="20"/>
        </w:rPr>
        <w:t>Fait à : ___________________________________</w:t>
      </w:r>
    </w:p>
    <w:p>
      <w:r>
        <w:rPr>
          <w:b w:val="0"/>
          <w:sz w:val="20"/>
        </w:rPr>
        <w:t>Le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https://juridique-administration.com/attestation-employeur-leasing-social/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employeur-leasing-socia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