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D’INSERTION DANS LA SOCIÉTÉ FRANÇAISE</w:t>
      </w:r>
    </w:p>
    <w:p/>
    <w:p/>
    <w:p>
      <w:r>
        <w:rPr>
          <w:b w:val="0"/>
          <w:sz w:val="20"/>
        </w:rPr>
        <w:t>Je soussigné(e), ____________________________________________________________,</w:t>
      </w:r>
    </w:p>
    <w:p>
      <w:r>
        <w:rPr>
          <w:b w:val="0"/>
          <w:sz w:val="20"/>
        </w:rPr>
        <w:t>agissant en qualité de ______________________________________________ au sein de la société :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 w:val="0"/>
          <w:sz w:val="20"/>
        </w:rPr>
        <w:t>Adresse du siège social : _______________________________________________</w:t>
      </w:r>
    </w:p>
    <w:p>
      <w:r>
        <w:rPr>
          <w:b w:val="0"/>
          <w:sz w:val="20"/>
        </w:rPr>
        <w:t>Code SIREN/SIRET : ______________________________________________________</w:t>
      </w:r>
    </w:p>
    <w:p/>
    <w:p>
      <w:r>
        <w:rPr>
          <w:b/>
          <w:sz w:val="20"/>
        </w:rPr>
        <w:t>Certifie que :</w:t>
      </w:r>
    </w:p>
    <w:p>
      <w:r>
        <w:rPr>
          <w:b w:val="0"/>
          <w:sz w:val="20"/>
        </w:rPr>
        <w:t>Nom et prénom : _______________________________________________________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_____________________________________________</w:t>
      </w:r>
    </w:p>
    <w:p>
      <w:r>
        <w:rPr>
          <w:b w:val="0"/>
          <w:sz w:val="20"/>
        </w:rPr>
        <w:t>Adresse personnelle : ___________________________________________________</w:t>
      </w:r>
    </w:p>
    <w:p>
      <w:r>
        <w:rPr>
          <w:b w:val="0"/>
          <w:sz w:val="20"/>
        </w:rPr>
        <w:t>Nationalité : ___________________________________________________________</w:t>
      </w:r>
    </w:p>
    <w:p/>
    <w:p>
      <w:r>
        <w:rPr>
          <w:b w:val="0"/>
          <w:sz w:val="20"/>
        </w:rPr>
        <w:t>Est bien inséré(e) dans la société française susmentionnée en qualité de :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 w:val="0"/>
          <w:sz w:val="20"/>
        </w:rPr>
        <w:t>À compter du jour de sa prise de fonction et conformément aux dispositions légales et réglementaires en vigueur.</w:t>
      </w:r>
    </w:p>
    <w:p/>
    <w:p/>
    <w:p>
      <w:r>
        <w:rPr>
          <w:b/>
          <w:sz w:val="20"/>
        </w:rPr>
        <w:t>La société déclare notamment :</w:t>
      </w:r>
    </w:p>
    <w:p>
      <w:r>
        <w:rPr>
          <w:b w:val="0"/>
          <w:sz w:val="20"/>
        </w:rPr>
        <w:t>- Respecter l’ensemble des obligations légales en matière d’emploi, de sécurité sociale et fiscales.</w:t>
      </w:r>
    </w:p>
    <w:p>
      <w:r>
        <w:rPr>
          <w:b w:val="0"/>
          <w:sz w:val="20"/>
        </w:rPr>
        <w:t>- Garantir à la personne susnommée les conditions normales d’exercice de son activité.</w:t>
      </w:r>
    </w:p>
    <w:p>
      <w:r>
        <w:rPr>
          <w:b w:val="0"/>
          <w:sz w:val="20"/>
        </w:rPr>
        <w:t>- Fournir les moyens nécessaires à l’accomplissement des missions confiées.</w:t>
      </w:r>
    </w:p>
    <w:p/>
    <w:p>
      <w:r>
        <w:rPr>
          <w:b w:val="0"/>
          <w:sz w:val="20"/>
        </w:rPr>
        <w:t>La personne insérée s’engage à respecter les règles internes à la société, à agir dans le respect des lois françaises et à préserver la confidentialité des informations obtenues dans le cadre de ses fonctions.</w:t>
      </w:r>
    </w:p>
    <w:p/>
    <w:p/>
    <w:p>
      <w:r>
        <w:rPr>
          <w:b w:val="0"/>
          <w:sz w:val="20"/>
        </w:rPr>
        <w:t>La présente attestation est établie pour servir et valoir ce que de droit, notamment dans le cadre des démarches administratives ou professionnelles liées à l’insertion dans la société française.</w:t>
      </w:r>
    </w:p>
    <w:p/>
    <w:p/>
    <w:p/>
    <w:p>
      <w:r>
        <w:rPr>
          <w:b w:val="0"/>
          <w:sz w:val="20"/>
        </w:rPr>
        <w:t>Lieu : ______________________________________    Date : 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 société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 personne insérée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fonction : 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https://juridique-administration.com/attestation-d'insertion-dans-la-societe-francaise-exemple/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d'insertion-dans-la-societe-francaise-exempl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