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DÉVOLUTIVE EN LIGNE</w:t>
      </w:r>
    </w:p>
    <w:p/>
    <w:p>
      <w:r>
        <w:rPr>
          <w:b w:val="0"/>
          <w:sz w:val="20"/>
        </w:rPr>
        <w:t>Je soussigné(e), ____________________________________________, certifie que les informations suivantes sont exactes et conformes au droit français.</w:t>
      </w:r>
    </w:p>
    <w:p/>
    <w:p>
      <w:r>
        <w:rPr>
          <w:b/>
          <w:sz w:val="20"/>
        </w:rPr>
        <w:t>Informations relatives au déclarant :</w:t>
      </w:r>
    </w:p>
    <w:p>
      <w:r>
        <w:rPr>
          <w:b w:val="0"/>
          <w:sz w:val="20"/>
        </w:rPr>
        <w:t>Nom et Prénom : ___________________________________________</w:t>
      </w:r>
    </w:p>
    <w:p>
      <w:r>
        <w:rPr>
          <w:b w:val="0"/>
          <w:sz w:val="20"/>
        </w:rPr>
        <w:t>Adresse : _________________________________________________</w:t>
      </w:r>
    </w:p>
    <w:p>
      <w:r>
        <w:rPr>
          <w:b w:val="0"/>
          <w:sz w:val="20"/>
        </w:rPr>
        <w:t>Numéro de téléphone : ______________________________________</w:t>
      </w:r>
    </w:p>
    <w:p>
      <w:r>
        <w:rPr>
          <w:b w:val="0"/>
          <w:sz w:val="20"/>
        </w:rPr>
        <w:t>Adresse e-mail : ___________________________________________</w:t>
      </w:r>
    </w:p>
    <w:p/>
    <w:p>
      <w:r>
        <w:rPr>
          <w:b/>
          <w:sz w:val="20"/>
        </w:rPr>
        <w:t>Objet de l'attestation :</w:t>
      </w:r>
    </w:p>
    <w:p>
      <w:r>
        <w:rPr>
          <w:b w:val="0"/>
          <w:sz w:val="20"/>
        </w:rPr>
        <w:t>Cette attestation vise à confirmer la transmission et la dévolution en ligne des documents suivants, conformément aux dispositions légales en vigueur et aux exigences administratives françaises :</w:t>
      </w:r>
    </w:p>
    <w:p>
      <w:r>
        <w:rPr>
          <w:b w:val="0"/>
          <w:sz w:val="20"/>
        </w:rPr>
        <w:t>• Document(s) transmis : ____________________________________</w:t>
      </w:r>
    </w:p>
    <w:p>
      <w:r>
        <w:rPr>
          <w:b w:val="0"/>
          <w:sz w:val="20"/>
        </w:rPr>
        <w:t>• Référence(s) : ____________________________________________</w:t>
      </w:r>
    </w:p>
    <w:p>
      <w:r>
        <w:rPr>
          <w:b w:val="0"/>
          <w:sz w:val="20"/>
        </w:rPr>
        <w:t>• Destinataire(s) : _________________________________________</w:t>
      </w:r>
    </w:p>
    <w:p/>
    <w:p>
      <w:r>
        <w:rPr>
          <w:b/>
          <w:sz w:val="20"/>
        </w:rPr>
        <w:t>Engagements du déclarant :</w:t>
      </w:r>
    </w:p>
    <w:p>
      <w:r>
        <w:rPr>
          <w:b w:val="0"/>
          <w:sz w:val="20"/>
        </w:rPr>
        <w:t>Je m'engage à la véracité des informations transmises dans le cadre de cette attestation et à respecter l'ensemble des obligations légales afférentes à la dévolution en ligne. Je déclare être informé(e) que toute fausse déclaration est passible de sanctions conformément au Code pénal français.</w:t>
      </w:r>
    </w:p>
    <w:p/>
    <w:p>
      <w:r>
        <w:rPr>
          <w:b/>
          <w:sz w:val="20"/>
        </w:rPr>
        <w:t>Confidentialité et traitement des données :</w:t>
      </w:r>
    </w:p>
    <w:p>
      <w:r>
        <w:rPr>
          <w:b w:val="0"/>
          <w:sz w:val="20"/>
        </w:rPr>
        <w:t>Les données personnelles contenues dans cette attestation sont traitées conformément à la réglementation française en matière de protection des données personnelles (RGPD). Elles sont utilisées uniquement dans le cadre de la procédure administrative concernée et ne seront pas divulguées à des tiers non autorisés.</w:t>
      </w:r>
    </w:p>
    <w:p/>
    <w:p>
      <w:r>
        <w:rPr>
          <w:b/>
          <w:sz w:val="20"/>
        </w:rPr>
        <w:t>Responsabilité :</w:t>
      </w:r>
    </w:p>
    <w:p>
      <w:r>
        <w:rPr>
          <w:b w:val="0"/>
          <w:sz w:val="20"/>
        </w:rPr>
        <w:t>Le déclarant reconnaît que l'utilisation de cette attestation engage sa responsabilité civile et pénale. Toute utilisation frauduleuse ou détournement de ce document sera poursuivi conformément aux lois en vigueur.</w:t>
      </w:r>
    </w:p>
    <w:p/>
    <w:p>
      <w:r>
        <w:rPr>
          <w:b/>
          <w:sz w:val="20"/>
        </w:rPr>
        <w:t>Références légales :</w:t>
      </w:r>
    </w:p>
    <w:p>
      <w:r>
        <w:rPr>
          <w:b w:val="0"/>
          <w:sz w:val="20"/>
        </w:rPr>
        <w:t>• Code civil français</w:t>
      </w:r>
    </w:p>
    <w:p>
      <w:r>
        <w:rPr>
          <w:b w:val="0"/>
          <w:sz w:val="20"/>
        </w:rPr>
        <w:t>• Code pénal français</w:t>
      </w:r>
    </w:p>
    <w:p>
      <w:r>
        <w:rPr>
          <w:b w:val="0"/>
          <w:sz w:val="20"/>
        </w:rPr>
        <w:t>• Règlement général sur la protection des données (RGPD)</w:t>
      </w:r>
    </w:p>
    <w:p>
      <w:r>
        <w:rPr>
          <w:b w:val="0"/>
          <w:sz w:val="20"/>
        </w:rPr>
        <w:t>• Loi n° 2004-575 du 21 juin 2004 pour la confiance dans l'économie numérique</w:t>
      </w:r>
    </w:p>
    <w:p/>
    <w:p>
      <w:r>
        <w:rPr>
          <w:b w:val="0"/>
          <w:sz w:val="20"/>
        </w:rPr>
        <w:t>Lieu de rédaction : __________________________________________</w:t>
      </w:r>
    </w:p>
    <w:p>
      <w:r>
        <w:rPr>
          <w:b w:val="0"/>
          <w:sz w:val="20"/>
        </w:rPr>
        <w:t>Déclaration finale : Je certifie l'exactitude de la présente attestation et la conformité des données fournies.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DÉCLARANT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https://juridique-administration.com/attestation-devolutive-en-ligne/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evolutive-en-lign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