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SUIVI PSYCHOLOGIQUE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du professionnel : ____________________________________________</w:t>
      </w:r>
    </w:p>
    <w:p>
      <w:r>
        <w:rPr>
          <w:b w:val="0"/>
          <w:sz w:val="20"/>
        </w:rPr>
        <w:t>Qualité et titre professionnel : _____________________________________________</w:t>
      </w:r>
    </w:p>
    <w:p>
      <w:r>
        <w:rPr>
          <w:b w:val="0"/>
          <w:sz w:val="20"/>
        </w:rPr>
        <w:t>Numéro ADELI / RPPS : _____________________________________________________</w:t>
      </w:r>
    </w:p>
    <w:p>
      <w:r>
        <w:rPr>
          <w:b w:val="0"/>
          <w:sz w:val="20"/>
        </w:rPr>
        <w:t>Adresse professionnelle : 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________________________________________________________________</w:t>
      </w:r>
    </w:p>
    <w:p/>
    <w:p>
      <w:r>
        <w:rPr>
          <w:b/>
          <w:sz w:val="20"/>
        </w:rPr>
        <w:t>Certifie que :</w:t>
      </w:r>
    </w:p>
    <w:p>
      <w:r>
        <w:rPr>
          <w:b w:val="0"/>
          <w:sz w:val="20"/>
        </w:rPr>
        <w:t>Nom et prénom du patient : _________________________________________________</w:t>
      </w:r>
    </w:p>
    <w:p>
      <w:r>
        <w:rPr>
          <w:b w:val="0"/>
          <w:sz w:val="20"/>
        </w:rPr>
        <w:t>Date de naissance : 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</w:t>
      </w:r>
    </w:p>
    <w:p/>
    <w:p>
      <w:r>
        <w:rPr>
          <w:b w:val="0"/>
          <w:sz w:val="20"/>
        </w:rPr>
        <w:t>A bénéficié d’un suivi psychologique régulier et adapté à sa situation personnelle, dans le cadre de séances individuelles conduites par mes soins.</w:t>
      </w:r>
    </w:p>
    <w:p/>
    <w:p>
      <w:r>
        <w:rPr>
          <w:b/>
          <w:sz w:val="20"/>
        </w:rPr>
        <w:t>Ce suivi a pour objectifs :</w:t>
      </w:r>
    </w:p>
    <w:p>
      <w:r>
        <w:rPr>
          <w:b w:val="0"/>
          <w:sz w:val="20"/>
        </w:rPr>
        <w:t>• L'écoute et le soutien psychologique ;</w:t>
      </w:r>
    </w:p>
    <w:p>
      <w:r>
        <w:rPr>
          <w:b w:val="0"/>
          <w:sz w:val="20"/>
        </w:rPr>
        <w:t>• L’accompagnement dans la gestion des difficultés émotionnelles, relationnelles ou comportementales ;</w:t>
      </w:r>
    </w:p>
    <w:p>
      <w:r>
        <w:rPr>
          <w:b w:val="0"/>
          <w:sz w:val="20"/>
        </w:rPr>
        <w:t>• L’élaboration de stratégies pour améliorer la qualité de vie ;</w:t>
      </w:r>
    </w:p>
    <w:p>
      <w:r>
        <w:rPr>
          <w:b w:val="0"/>
          <w:sz w:val="20"/>
        </w:rPr>
        <w:t>• La prévention de troubles psychiques plus sévères.</w:t>
      </w:r>
    </w:p>
    <w:p/>
    <w:p>
      <w:r>
        <w:rPr>
          <w:b/>
          <w:sz w:val="20"/>
        </w:rPr>
        <w:t>Durée et fréquence des séances :</w:t>
      </w:r>
    </w:p>
    <w:p>
      <w:r>
        <w:rPr>
          <w:b w:val="0"/>
          <w:sz w:val="20"/>
        </w:rPr>
        <w:t>Les séances ont été réalisées sur une période de ____________________________, à raison de ____________________________ par semaine/mois selon le cas.</w:t>
      </w:r>
    </w:p>
    <w:p/>
    <w:p>
      <w:r>
        <w:rPr>
          <w:b/>
          <w:sz w:val="20"/>
        </w:rPr>
        <w:t>Modalités du suivi :</w:t>
      </w:r>
    </w:p>
    <w:p>
      <w:r>
        <w:rPr>
          <w:b w:val="0"/>
          <w:sz w:val="20"/>
        </w:rPr>
        <w:t>Le suivi a été mené conformément aux règles déontologiques en vigueur, dans le respect de la confidentialité et du consentement du patient.</w:t>
      </w:r>
    </w:p>
    <w:p/>
    <w:p>
      <w:r>
        <w:rPr>
          <w:b w:val="0"/>
          <w:sz w:val="20"/>
        </w:rPr>
        <w:t>Cette attestation est délivrée à la demande de l'intéressé(e) pour servir et valoir ce que de droit.</w:t>
      </w:r>
    </w:p>
    <w:p/>
    <w:p/>
    <w:p>
      <w:r>
        <w:rPr>
          <w:b w:val="0"/>
          <w:sz w:val="20"/>
        </w:rPr>
        <w:t>Lieu : _____________________________________________</w:t>
      </w:r>
    </w:p>
    <w:p>
      <w:r>
        <w:rPr>
          <w:b/>
          <w:sz w:val="20"/>
        </w:rPr>
        <w:t>Signature du professionnel :</w:t>
      </w:r>
    </w:p>
    <w:p>
      <w:r>
        <w:rPr>
          <w:b w:val="0"/>
          <w:sz w:val="20"/>
        </w:rPr>
        <w:br/>
        <w:br/>
        <w:t>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Professionnel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https://juridique-administration.com/attestation-de-suivi-psychologique/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suivi-psychologiqu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