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SOINS INFIRMIERS</w:t>
      </w:r>
    </w:p>
    <w:p/>
    <w:p/>
    <w:p>
      <w:r>
        <w:rPr>
          <w:b/>
          <w:sz w:val="20"/>
        </w:rPr>
        <w:t>Informations de l’Infirmier(e)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Numéro ADELI : ___________________________________________________</w:t>
      </w:r>
    </w:p>
    <w:p>
      <w:r>
        <w:rPr>
          <w:b w:val="0"/>
          <w:sz w:val="20"/>
        </w:rPr>
        <w:t>Adresse professionnelle : ____________________________________________</w:t>
      </w:r>
    </w:p>
    <w:p>
      <w:r>
        <w:rPr>
          <w:b w:val="0"/>
          <w:sz w:val="20"/>
        </w:rPr>
        <w:t>Téléphone professionnel : ___________________________________________</w:t>
      </w:r>
    </w:p>
    <w:p/>
    <w:p>
      <w:r>
        <w:rPr>
          <w:b/>
          <w:sz w:val="20"/>
        </w:rPr>
        <w:t>Informations du Patient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Date de naissance : 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/>
    <w:p>
      <w:r>
        <w:rPr>
          <w:b/>
          <w:sz w:val="20"/>
        </w:rPr>
        <w:t>Objet de l'attestation :</w:t>
      </w:r>
    </w:p>
    <w:p>
      <w:r>
        <w:rPr>
          <w:b w:val="0"/>
          <w:sz w:val="20"/>
        </w:rPr>
        <w:t>Je soussigné(e), infirmier(e) diplômé(e) d’État, certifie avoir effectué les soins infirmiers suivants auprès du patient susnommé, conformément aux prescriptions médicales en vigueur et dans le respect des règles déontologiques.</w:t>
      </w:r>
    </w:p>
    <w:p/>
    <w:p>
      <w:r>
        <w:rPr>
          <w:b/>
          <w:sz w:val="20"/>
        </w:rPr>
        <w:t>Description détaillée des soins réalisés :</w:t>
      </w:r>
    </w:p>
    <w:p>
      <w:r>
        <w:rPr>
          <w:b w:val="0"/>
          <w:sz w:val="20"/>
        </w:rPr>
        <w:t>- Soins d’hygiène et de confort : ___________________________________</w:t>
      </w:r>
    </w:p>
    <w:p>
      <w:r>
        <w:rPr>
          <w:b w:val="0"/>
          <w:sz w:val="20"/>
        </w:rPr>
        <w:t>- Pansements : _____________________________________________________</w:t>
      </w:r>
    </w:p>
    <w:p>
      <w:r>
        <w:rPr>
          <w:b w:val="0"/>
          <w:sz w:val="20"/>
        </w:rPr>
        <w:t>- Injections : ______________________________________________________</w:t>
      </w:r>
    </w:p>
    <w:p>
      <w:r>
        <w:rPr>
          <w:b w:val="0"/>
          <w:sz w:val="20"/>
        </w:rPr>
        <w:t>- Prise de constantes (tension, température, pouls, saturation, etc.) :</w:t>
      </w:r>
    </w:p>
    <w:p>
      <w:r>
        <w:rPr>
          <w:b w:val="0"/>
          <w:sz w:val="20"/>
        </w:rPr>
        <w:t xml:space="preserve">  ________________________________________________________________</w:t>
      </w:r>
    </w:p>
    <w:p>
      <w:r>
        <w:rPr>
          <w:b w:val="0"/>
          <w:sz w:val="20"/>
        </w:rPr>
        <w:t>- Surveillance et accompagnement : _________________________________</w:t>
      </w:r>
    </w:p>
    <w:p>
      <w:r>
        <w:rPr>
          <w:b w:val="0"/>
          <w:sz w:val="20"/>
        </w:rPr>
        <w:t>- Autres soins spécifiques : ________________________________________</w:t>
      </w:r>
    </w:p>
    <w:p/>
    <w:p>
      <w:r>
        <w:rPr>
          <w:b/>
          <w:sz w:val="20"/>
        </w:rPr>
        <w:t>Durée et fréquence des soins :</w:t>
      </w:r>
    </w:p>
    <w:p>
      <w:r>
        <w:rPr>
          <w:b w:val="0"/>
          <w:sz w:val="20"/>
        </w:rPr>
        <w:t>Les soins ont été réalisés durant la période suivante :</w:t>
      </w:r>
    </w:p>
    <w:p>
      <w:r>
        <w:rPr>
          <w:b w:val="0"/>
          <w:sz w:val="20"/>
        </w:rPr>
        <w:t>Du _______________ au _______________, à raison de __________ fois par jour/semaine.</w:t>
      </w:r>
    </w:p>
    <w:p/>
    <w:p>
      <w:r>
        <w:rPr>
          <w:b/>
          <w:sz w:val="20"/>
        </w:rPr>
        <w:t>Observations complémentaires 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Déclaration :</w:t>
      </w:r>
    </w:p>
    <w:p>
      <w:r>
        <w:rPr>
          <w:b w:val="0"/>
          <w:sz w:val="20"/>
        </w:rPr>
        <w:t>Je déclare que les informations contenues dans cette attestation sont exactes et conformes à la réalité des soins effectués. Cette attestation est établie pour servir et valoir ce que de droit, dans le respect du secret professionnel et de la confidentialité des données médicales conformément à la législation française en vigueur.</w:t>
      </w:r>
    </w:p>
    <w:p/>
    <w:p/>
    <w:p>
      <w:r>
        <w:rPr>
          <w:b w:val="0"/>
          <w:sz w:val="20"/>
        </w:rPr>
        <w:t xml:space="preserve">Lieu : ____________________________    </w:t>
      </w:r>
    </w:p>
    <w:p>
      <w:r>
        <w:rPr>
          <w:b w:val="0"/>
          <w:sz w:val="20"/>
        </w:rPr>
        <w:t>Signature de l’infirmier(e) : 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Cachet de l’infirmier(e)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de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(à apposer ici)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https://juridique-administration.com/attestation-de-soins-infirmiers/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de-soins-infirmiers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