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ATTESTATION DE SÉPARATION</w:t>
      </w:r>
    </w:p>
    <w:p/>
    <w:p/>
    <w:p>
      <w:r>
        <w:rPr>
          <w:b/>
          <w:sz w:val="20"/>
        </w:rPr>
        <w:t>Nous soussignés :</w:t>
      </w:r>
    </w:p>
    <w:p>
      <w:r>
        <w:rPr>
          <w:b w:val="0"/>
          <w:sz w:val="20"/>
        </w:rPr>
        <w:t>Nom et Prénom du conjoint 1 : ____________________________________________</w:t>
      </w:r>
    </w:p>
    <w:p>
      <w:r>
        <w:rPr>
          <w:b w:val="0"/>
          <w:sz w:val="20"/>
        </w:rPr>
        <w:t>Adresse : ________________________________________________________________</w:t>
      </w:r>
    </w:p>
    <w:p>
      <w:r>
        <w:rPr>
          <w:b w:val="0"/>
          <w:sz w:val="20"/>
        </w:rPr>
        <w:t>Né(e) le : _______________________________________________________________</w:t>
      </w:r>
    </w:p>
    <w:p/>
    <w:p>
      <w:r>
        <w:rPr>
          <w:b w:val="0"/>
          <w:sz w:val="20"/>
        </w:rPr>
        <w:t>Nom et Prénom du conjoint 2 : ____________________________________________</w:t>
      </w:r>
    </w:p>
    <w:p>
      <w:r>
        <w:rPr>
          <w:b w:val="0"/>
          <w:sz w:val="20"/>
        </w:rPr>
        <w:t>Adresse : ________________________________________________________________</w:t>
      </w:r>
    </w:p>
    <w:p>
      <w:r>
        <w:rPr>
          <w:b w:val="0"/>
          <w:sz w:val="20"/>
        </w:rPr>
        <w:t>Né(e) le : _______________________________________________________________</w:t>
      </w:r>
    </w:p>
    <w:p/>
    <w:p/>
    <w:p>
      <w:r>
        <w:rPr>
          <w:b w:val="0"/>
          <w:sz w:val="20"/>
        </w:rPr>
        <w:t>Attestons par la présente notre séparation de fait, conformément aux dispositions légales en vigueur en droit français. Cette séparation résulte de notre décision commune/individuelle (rayer la mention inutile) et intervient en dehors de toute procédure judiciaire.</w:t>
      </w:r>
    </w:p>
    <w:p/>
    <w:p/>
    <w:p>
      <w:r>
        <w:rPr>
          <w:b/>
          <w:sz w:val="20"/>
        </w:rPr>
        <w:t>Article 1 – Situation familiale</w:t>
      </w:r>
    </w:p>
    <w:p>
      <w:r>
        <w:rPr>
          <w:b w:val="0"/>
          <w:sz w:val="20"/>
        </w:rPr>
        <w:t>Nous confirmons que notre mariage/union civile (rayer la mention inutile) a été célébré devant Monsieur/Madame l’officier d’état civil de la commune de __________________________, le ________________ (date à compléter ultérieurement).</w:t>
      </w:r>
    </w:p>
    <w:p/>
    <w:p>
      <w:r>
        <w:rPr>
          <w:b w:val="0"/>
          <w:sz w:val="20"/>
        </w:rPr>
        <w:t>Nous déclarons qu’à ce jour, aucun jugement de séparation, divorce ou dissolution n’a été prononcé ou enregistré.</w:t>
      </w:r>
    </w:p>
    <w:p/>
    <w:p/>
    <w:p>
      <w:r>
        <w:rPr>
          <w:b/>
          <w:sz w:val="20"/>
        </w:rPr>
        <w:t>Article 2 – Date de séparation</w:t>
      </w:r>
    </w:p>
    <w:p>
      <w:r>
        <w:rPr>
          <w:b w:val="0"/>
          <w:sz w:val="20"/>
        </w:rPr>
        <w:t>Notre séparation effective a débuté le ________________ (date à compléter ultérieurement), à compter de laquelle nous vivons de manière distincte et indépendante.</w:t>
      </w:r>
    </w:p>
    <w:p/>
    <w:p/>
    <w:p>
      <w:r>
        <w:rPr>
          <w:b/>
          <w:sz w:val="20"/>
        </w:rPr>
        <w:t>Article 3 – Résidence</w:t>
      </w:r>
    </w:p>
    <w:p>
      <w:r>
        <w:rPr>
          <w:b w:val="0"/>
          <w:sz w:val="20"/>
        </w:rPr>
        <w:t>Depuis la date mentionnée, chacun de nous a établi sa résidence principale séparée :</w:t>
      </w:r>
    </w:p>
    <w:p>
      <w:r>
        <w:rPr>
          <w:b w:val="0"/>
          <w:sz w:val="20"/>
        </w:rPr>
        <w:t>Conjoint 1 : _______________________________________________________________</w:t>
      </w:r>
    </w:p>
    <w:p>
      <w:r>
        <w:rPr>
          <w:b w:val="0"/>
          <w:sz w:val="20"/>
        </w:rPr>
        <w:t>Conjoint 2 : _______________________________________________________________</w:t>
      </w:r>
    </w:p>
    <w:p/>
    <w:p/>
    <w:p>
      <w:r>
        <w:rPr>
          <w:b/>
          <w:sz w:val="20"/>
        </w:rPr>
        <w:t>Article 4 – Obligations et charges</w:t>
      </w:r>
    </w:p>
    <w:p>
      <w:r>
        <w:rPr>
          <w:b w:val="0"/>
          <w:sz w:val="20"/>
        </w:rPr>
        <w:t>Nous nous engageons à respecter les obligations légales résultant de notre séparation, notamment en matière de contribution à l’entretien et à l’éducation des enfants, ainsi que des charges du mariage, dans le respect des décisions judiciaires éventuelles ou accords amiables.</w:t>
      </w:r>
    </w:p>
    <w:p/>
    <w:p/>
    <w:p>
      <w:r>
        <w:rPr>
          <w:b/>
          <w:sz w:val="20"/>
        </w:rPr>
        <w:t>Article 5 – Enfants communs</w:t>
      </w:r>
    </w:p>
    <w:p>
      <w:r>
        <w:rPr>
          <w:b w:val="0"/>
          <w:sz w:val="20"/>
        </w:rPr>
        <w:t>Le cas échéant, nous confirmons que la garde, l’entretien et l’éducation des enfants communs sont organisés comme suit :</w:t>
      </w:r>
    </w:p>
    <w:p>
      <w:r>
        <w:rPr>
          <w:b w:val="0"/>
          <w:sz w:val="20"/>
        </w:rPr>
        <w:t>Nom(s) et prénom(s) des enfants : ____________________________________________</w:t>
      </w:r>
    </w:p>
    <w:p>
      <w:r>
        <w:rPr>
          <w:b w:val="0"/>
          <w:sz w:val="20"/>
        </w:rPr>
        <w:t>Modalités de résidence et d’exercice de l’autorité parentale : ____________________</w:t>
      </w:r>
    </w:p>
    <w:p/>
    <w:p/>
    <w:p>
      <w:r>
        <w:rPr>
          <w:b/>
          <w:sz w:val="20"/>
        </w:rPr>
        <w:t>Article 6 – Effets juridiques</w:t>
      </w:r>
    </w:p>
    <w:p>
      <w:r>
        <w:rPr>
          <w:b w:val="0"/>
          <w:sz w:val="20"/>
        </w:rPr>
        <w:t>Cette attestation est établie pour servir et valoir ce que de droit, notamment auprès des administrations, employeurs, organismes sociaux ou autres tiers, afin de justifier de notre situation de séparation de fait.</w:t>
      </w:r>
    </w:p>
    <w:p/>
    <w:p/>
    <w:p>
      <w:r>
        <w:rPr>
          <w:b/>
          <w:sz w:val="20"/>
        </w:rPr>
        <w:t>Article 7 – Déclaration sur l’honneur</w:t>
      </w:r>
    </w:p>
    <w:p>
      <w:r>
        <w:rPr>
          <w:b w:val="0"/>
          <w:sz w:val="20"/>
        </w:rPr>
        <w:t>Nous déclarons sur l’honneur que les informations contenues dans la présente attestation sont exactes et sincères.</w:t>
      </w:r>
    </w:p>
    <w:p/>
    <w:p/>
    <w:p/>
    <w:p>
      <w:r>
        <w:rPr>
          <w:b w:val="0"/>
          <w:sz w:val="20"/>
        </w:rPr>
        <w:t>Fait à : ____________________________________________</w:t>
      </w:r>
    </w:p>
    <w:p>
      <w:r>
        <w:rPr>
          <w:b w:val="0"/>
          <w:sz w:val="20"/>
        </w:rPr>
        <w:t>En double exemplaire, le : 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Conjoint 1</w:t>
            </w:r>
          </w:p>
        </w:tc>
        <w:tc>
          <w:tcPr>
            <w:tcW w:type="dxa" w:w="4986"/>
            <w:tcBorders>
              <w:top w:val="nil"/>
              <w:left w:val="nil"/>
              <w:bottom w:val="nil"/>
              <w:right w:val="nil"/>
              <w:insideH w:val="nil"/>
              <w:insideV w:val="nil"/>
            </w:tcBorders>
          </w:tcPr>
          <w:p>
            <w:pPr>
              <w:jc w:val="center"/>
            </w:pPr>
            <w:r>
              <w:t>Conjoint 2</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https://juridique-administration.com/attestation-de-separation/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attestation-de-separation/"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