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PRISE EN CHARGE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Date de naissance : ____________________________________________</w:t>
      </w:r>
    </w:p>
    <w:p>
      <w:r>
        <w:rPr>
          <w:b w:val="0"/>
          <w:sz w:val="20"/>
        </w:rPr>
        <w:t>Adresse : _____________________________________________________</w:t>
      </w:r>
    </w:p>
    <w:p>
      <w:r>
        <w:rPr>
          <w:b w:val="0"/>
          <w:sz w:val="20"/>
        </w:rPr>
        <w:t>Téléphone : ___________________________________________________</w:t>
      </w:r>
    </w:p>
    <w:p/>
    <w:p>
      <w:r>
        <w:rPr>
          <w:b/>
          <w:sz w:val="20"/>
        </w:rPr>
        <w:t>Atteste prendre en charge :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Date de naissance : ____________________________________________</w:t>
      </w:r>
    </w:p>
    <w:p>
      <w:r>
        <w:rPr>
          <w:b w:val="0"/>
          <w:sz w:val="20"/>
        </w:rPr>
        <w:t>Lien avec le déclarant : ________________________________________</w:t>
      </w:r>
    </w:p>
    <w:p>
      <w:r>
        <w:rPr>
          <w:b w:val="0"/>
          <w:sz w:val="20"/>
        </w:rPr>
        <w:t>Adresse actuelle : _____________________________________________</w:t>
      </w:r>
    </w:p>
    <w:p/>
    <w:p>
      <w:r>
        <w:rPr>
          <w:b/>
          <w:sz w:val="20"/>
        </w:rPr>
        <w:t>Motif de la prise en charge 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Durée de la prise en charge :</w:t>
      </w:r>
    </w:p>
    <w:p>
      <w:r>
        <w:rPr>
          <w:b w:val="0"/>
          <w:sz w:val="20"/>
        </w:rPr>
        <w:t>Début : ______________________     Fin : ______________________</w:t>
      </w:r>
    </w:p>
    <w:p/>
    <w:p>
      <w:r>
        <w:rPr>
          <w:b/>
          <w:sz w:val="20"/>
        </w:rPr>
        <w:t>Conditions et obligations du déclarant :</w:t>
      </w:r>
    </w:p>
    <w:p>
      <w:r>
        <w:rPr>
          <w:b w:val="0"/>
          <w:sz w:val="20"/>
        </w:rPr>
        <w:t>Le déclarant s’engage à assurer la prise en charge matérielle, morale et financière de la personne mentionnée ci-dessus pendant la durée indiquée,</w:t>
      </w:r>
    </w:p>
    <w:p>
      <w:r>
        <w:rPr>
          <w:b w:val="0"/>
          <w:sz w:val="20"/>
        </w:rPr>
        <w:t>y compris l’hébergement, la nourriture, les soins et toute autre assistance nécessaire.</w:t>
      </w:r>
    </w:p>
    <w:p/>
    <w:p>
      <w:r>
        <w:rPr>
          <w:b w:val="0"/>
          <w:sz w:val="20"/>
        </w:rPr>
        <w:t>Le déclarant certifie que les informations fournies ci-dessus sont exactes et complètes, et assume l’entière responsabilité des conséquences juridiques de cette attestation.</w:t>
      </w:r>
    </w:p>
    <w:p/>
    <w:p/>
    <w:p>
      <w:r>
        <w:rPr>
          <w:b w:val="0"/>
          <w:sz w:val="20"/>
        </w:rPr>
        <w:t>Fait pour servir et valoir ce que de droit.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Déclarant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Personne prise en charge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/>
    <w:p/>
    <w:p>
      <w:r>
        <w:rPr>
          <w:b w:val="0"/>
          <w:sz w:val="20"/>
        </w:rPr>
        <w:t>Lieu de rédaction : _____________________________________________</w:t>
      </w:r>
    </w:p>
    <w:p>
      <w:r>
        <w:rPr>
          <w:b w:val="0"/>
          <w:sz w:val="20"/>
        </w:rPr>
        <w:t>Date : ______________________</w:t>
      </w:r>
    </w:p>
    <w:p/>
    <w:p/>
    <w:p>
      <w:r>
        <w:rPr>
          <w:b/>
          <w:sz w:val="20"/>
        </w:rPr>
        <w:t>Cette attestation est établie conformément aux dispositions légales en vigueur en France et engage la responsabilité du déclarant.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https://juridique-administration.com/attestation-de-prise-en-charge/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e-prise-en-charg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