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PRÉSENCE EN FRANCE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_______________________________________________________________</w:t>
      </w:r>
    </w:p>
    <w:p>
      <w:r>
        <w:rPr>
          <w:b w:val="0"/>
          <w:sz w:val="20"/>
        </w:rPr>
        <w:t>Fonction : _________________________________________________________________</w:t>
      </w:r>
    </w:p>
    <w:p>
      <w:r>
        <w:rPr>
          <w:b w:val="0"/>
          <w:sz w:val="20"/>
        </w:rPr>
        <w:t>Adresse professionnelle : ____________________________________________________</w:t>
      </w:r>
    </w:p>
    <w:p>
      <w:r>
        <w:rPr>
          <w:b w:val="0"/>
          <w:sz w:val="20"/>
        </w:rPr>
        <w:t>Téléphone professionnel : ____________________________________________________</w:t>
      </w:r>
    </w:p>
    <w:p/>
    <w:p>
      <w:r>
        <w:rPr>
          <w:b/>
          <w:sz w:val="20"/>
        </w:rPr>
        <w:t>Certifie par la présente que :</w:t>
      </w:r>
    </w:p>
    <w:p>
      <w:r>
        <w:rPr>
          <w:b w:val="0"/>
          <w:sz w:val="20"/>
        </w:rPr>
        <w:t>Nom et prénom : _______________________________________________________________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___________________________________________________</w:t>
      </w:r>
    </w:p>
    <w:p>
      <w:r>
        <w:rPr>
          <w:b w:val="0"/>
          <w:sz w:val="20"/>
        </w:rPr>
        <w:t>Adresse habituelle : __________________________________________________________</w:t>
      </w:r>
    </w:p>
    <w:p>
      <w:r>
        <w:rPr>
          <w:b w:val="0"/>
          <w:sz w:val="20"/>
        </w:rPr>
        <w:t>Nationalité : _________________________________________________________________</w:t>
      </w:r>
    </w:p>
    <w:p/>
    <w:p>
      <w:r>
        <w:rPr>
          <w:b/>
          <w:sz w:val="20"/>
        </w:rPr>
        <w:t>Était présent(e) en France :</w:t>
      </w:r>
    </w:p>
    <w:p>
      <w:r>
        <w:rPr>
          <w:b/>
          <w:sz w:val="20"/>
        </w:rPr>
        <w:t>Du : ____________________ au : ____________________</w:t>
      </w:r>
    </w:p>
    <w:p>
      <w:r>
        <w:rPr>
          <w:b w:val="0"/>
          <w:sz w:val="20"/>
        </w:rPr>
        <w:t>À l’adresse suivante : ________________________________________________________</w:t>
      </w:r>
    </w:p>
    <w:p/>
    <w:p>
      <w:r>
        <w:rPr>
          <w:b w:val="0"/>
          <w:sz w:val="20"/>
        </w:rPr>
        <w:t>Cette attestation est délivrée afin de justifier la présence sur le territoire français</w:t>
      </w:r>
    </w:p>
    <w:p>
      <w:r>
        <w:rPr>
          <w:b w:val="0"/>
          <w:sz w:val="20"/>
        </w:rPr>
        <w:t>dans le cadre de ses obligations administratives, professionnelles ou personnelles.</w:t>
      </w:r>
    </w:p>
    <w:p/>
    <w:p>
      <w:r>
        <w:rPr>
          <w:b w:val="0"/>
          <w:sz w:val="20"/>
        </w:rPr>
        <w:t>Informations complémentaires 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/>
          <w:sz w:val="20"/>
        </w:rPr>
        <w:t>Je déclare que les informations ci-dessus sont exactes et conformes à la réalité.</w:t>
      </w:r>
    </w:p>
    <w:p>
      <w:r>
        <w:rPr>
          <w:b w:val="0"/>
          <w:sz w:val="20"/>
        </w:rPr>
        <w:t>Je suis conscient(e) que toute fausse déclaration expose son auteur à des sanctions pénales</w:t>
      </w:r>
    </w:p>
    <w:p>
      <w:r>
        <w:rPr>
          <w:b w:val="0"/>
          <w:sz w:val="20"/>
        </w:rPr>
        <w:t>conformément aux articles 441-1 et suivants du Code pénal.</w:t>
      </w:r>
    </w:p>
    <w:p/>
    <w:p/>
    <w:p>
      <w:r>
        <w:rPr>
          <w:b w:val="0"/>
          <w:sz w:val="20"/>
        </w:rPr>
        <w:t>Fait à : ___________________________________________</w:t>
      </w:r>
    </w:p>
    <w:p>
      <w:r>
        <w:rPr>
          <w:b w:val="0"/>
          <w:sz w:val="20"/>
        </w:rPr>
        <w:t>Le : 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 de l’attestant 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</w:t>
            </w:r>
          </w:p>
        </w:tc>
      </w:tr>
    </w:tbl>
    <w:p/>
    <w:p/>
    <w:p>
      <w:r>
        <w:rPr>
          <w:b/>
          <w:sz w:val="20"/>
        </w:rPr>
        <w:t>Pièce d’identité de l’attestant (joindre copie) :</w:t>
      </w:r>
    </w:p>
    <w:p>
      <w:r>
        <w:rPr>
          <w:b w:val="0"/>
          <w:sz w:val="20"/>
        </w:rPr>
        <w:t>Type : ______________________ Numéro : ______________________</w:t>
      </w:r>
    </w:p>
    <w:p>
      <w:r>
        <w:rPr>
          <w:b w:val="0"/>
          <w:sz w:val="20"/>
        </w:rPr>
        <w:t>Date de délivrance : ______________________ Lieu de délivrance : ______________________</w:t>
      </w:r>
    </w:p>
    <w:p/>
    <w:p/>
    <w:p>
      <w:r>
        <w:rPr>
          <w:b/>
          <w:sz w:val="20"/>
        </w:rPr>
        <w:t>Cachet et signature de l’établissement (le cas échéant) 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https://juridique-administration.com/attestation-de-presence-en-france/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ttestation-de-presence-en-franc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