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FORMATION</w:t>
      </w:r>
    </w:p>
    <w:p/>
    <w:p/>
    <w:p>
      <w:r>
        <w:rPr>
          <w:b/>
          <w:sz w:val="20"/>
        </w:rPr>
        <w:t>Nous soussigné(e),</w:t>
      </w:r>
    </w:p>
    <w:p>
      <w:r>
        <w:rPr>
          <w:b w:val="0"/>
          <w:sz w:val="20"/>
        </w:rPr>
        <w:t>Nom de l’organisme de formation : _________________________________________</w:t>
      </w:r>
    </w:p>
    <w:p>
      <w:r>
        <w:rPr>
          <w:b w:val="0"/>
          <w:sz w:val="20"/>
        </w:rPr>
        <w:t>Adresse : ________________________________________________________________</w:t>
      </w:r>
    </w:p>
    <w:p>
      <w:r>
        <w:rPr>
          <w:b w:val="0"/>
          <w:sz w:val="20"/>
        </w:rPr>
        <w:t>Téléphone : ______________________________________________________________</w:t>
      </w:r>
    </w:p>
    <w:p>
      <w:r>
        <w:rPr>
          <w:b w:val="0"/>
          <w:sz w:val="20"/>
        </w:rPr>
        <w:t>Représenté(e) par : ______________________________________________________</w:t>
      </w:r>
    </w:p>
    <w:p/>
    <w:p/>
    <w:p>
      <w:r>
        <w:rPr>
          <w:b/>
          <w:sz w:val="20"/>
        </w:rPr>
        <w:t>Attestons que :</w:t>
      </w:r>
    </w:p>
    <w:p>
      <w:r>
        <w:rPr>
          <w:b w:val="0"/>
          <w:sz w:val="20"/>
        </w:rPr>
        <w:t>Nom et prénom du stagiaire : _______________________________________________</w:t>
      </w:r>
    </w:p>
    <w:p>
      <w:r>
        <w:rPr>
          <w:b w:val="0"/>
          <w:sz w:val="20"/>
        </w:rPr>
        <w:t>Date de naissance : ______________________________________________________</w:t>
      </w:r>
    </w:p>
    <w:p>
      <w:r>
        <w:rPr>
          <w:b w:val="0"/>
          <w:sz w:val="20"/>
        </w:rPr>
        <w:t>Adresse : ________________________________________________________________</w:t>
      </w:r>
    </w:p>
    <w:p/>
    <w:p>
      <w:r>
        <w:rPr>
          <w:b/>
          <w:sz w:val="20"/>
        </w:rPr>
        <w:t>a suivi avec succès la formation suivante :</w:t>
      </w:r>
    </w:p>
    <w:p>
      <w:r>
        <w:rPr>
          <w:b w:val="0"/>
          <w:sz w:val="20"/>
        </w:rPr>
        <w:t>Intitulé de la formation : _________________________________________________</w:t>
      </w:r>
    </w:p>
    <w:p>
      <w:r>
        <w:rPr>
          <w:b w:val="0"/>
          <w:sz w:val="20"/>
        </w:rPr>
        <w:t>Durée de la formation : __________________________________________________</w:t>
      </w:r>
    </w:p>
    <w:p>
      <w:r>
        <w:rPr>
          <w:b w:val="0"/>
          <w:sz w:val="20"/>
        </w:rPr>
        <w:t>Programme détaillé : 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La formation a été dispensée conformément aux exigences réglementaires en vigueur.</w:t>
      </w:r>
    </w:p>
    <w:p>
      <w:r>
        <w:rPr>
          <w:b/>
          <w:sz w:val="20"/>
        </w:rPr>
        <w:t>Le stagiaire a satisfait aux évaluations prévues par le cursus de formation.</w:t>
      </w:r>
    </w:p>
    <w:p/>
    <w:p/>
    <w:p>
      <w:r>
        <w:rPr>
          <w:b w:val="0"/>
          <w:sz w:val="20"/>
        </w:rPr>
        <w:t>Conformément à la réglementation française en vigueur, notamment le Code du travail et les normes applicables aux actions de formation professionnelle continue, cette attestation est délivrée pour servir et valoir ce que de droit.</w:t>
      </w:r>
    </w:p>
    <w:p/>
    <w:p/>
    <w:p>
      <w:r>
        <w:rPr>
          <w:b w:val="0"/>
          <w:sz w:val="20"/>
        </w:rPr>
        <w:t>Fait à : ___________________________________________</w:t>
      </w:r>
    </w:p>
    <w:p>
      <w:r>
        <w:rPr>
          <w:b w:val="0"/>
          <w:sz w:val="20"/>
        </w:rPr>
        <w:t>Le : 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Représentant de l’organisme de formation</w:t>
            </w:r>
          </w:p>
        </w:tc>
        <w:tc>
          <w:tcPr>
            <w:tcW w:type="dxa" w:w="4986"/>
            <w:tcBorders>
              <w:top w:val="nil"/>
              <w:left w:val="nil"/>
              <w:bottom w:val="nil"/>
              <w:right w:val="nil"/>
              <w:insideH w:val="nil"/>
              <w:insideV w:val="nil"/>
            </w:tcBorders>
          </w:tcPr>
          <w:p>
            <w:pPr>
              <w:jc w:val="center"/>
            </w:pPr>
            <w:r>
              <w:t>Stagiaire</w:t>
            </w:r>
          </w:p>
        </w:tc>
      </w:tr>
      <w:tr>
        <w:tc>
          <w:tcPr>
            <w:tcW w:type="dxa" w:w="4986"/>
            <w:tcBorders>
              <w:top w:val="nil"/>
              <w:left w:val="nil"/>
              <w:bottom w:val="nil"/>
              <w:right w:val="nil"/>
              <w:insideH w:val="nil"/>
              <w:insideV w:val="nil"/>
            </w:tcBorders>
          </w:tcPr>
          <w:p>
            <w:pPr>
              <w:jc w:val="center"/>
            </w:pPr>
            <w:r>
              <w:br/>
              <w:br/>
              <w:t>Signature : ___________________________</w:t>
            </w:r>
          </w:p>
        </w:tc>
        <w:tc>
          <w:tcPr>
            <w:tcW w:type="dxa" w:w="4986"/>
            <w:tcBorders>
              <w:top w:val="nil"/>
              <w:left w:val="nil"/>
              <w:bottom w:val="nil"/>
              <w:right w:val="nil"/>
              <w:insideH w:val="nil"/>
              <w:insideV w:val="nil"/>
            </w:tcBorders>
          </w:tcPr>
          <w:p>
            <w:pPr>
              <w:jc w:val="center"/>
            </w:pPr>
            <w:r>
              <w:br/>
              <w:br/>
              <w:t>Signature : ___________________________</w:t>
            </w:r>
          </w:p>
        </w:tc>
      </w:tr>
      <w:tr>
        <w:tc>
          <w:tcPr>
            <w:tcW w:type="dxa" w:w="4986"/>
            <w:tcBorders>
              <w:top w:val="nil"/>
              <w:left w:val="nil"/>
              <w:bottom w:val="nil"/>
              <w:right w:val="nil"/>
              <w:insideH w:val="nil"/>
              <w:insideV w:val="nil"/>
            </w:tcBorders>
          </w:tcPr>
          <w:p>
            <w:pPr>
              <w:jc w:val="center"/>
            </w:pPr>
            <w:r>
              <w:t>Nom : _________________________________</w:t>
            </w:r>
          </w:p>
        </w:tc>
        <w:tc>
          <w:tcPr>
            <w:tcW w:type="dxa" w:w="4986"/>
            <w:tcBorders>
              <w:top w:val="nil"/>
              <w:left w:val="nil"/>
              <w:bottom w:val="nil"/>
              <w:right w:val="nil"/>
              <w:insideH w:val="nil"/>
              <w:insideV w:val="nil"/>
            </w:tcBorders>
          </w:tcPr>
          <w:p>
            <w:pPr>
              <w:jc w:val="center"/>
            </w:pPr>
            <w:r>
              <w:t>Nom : 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https://juridique-administration.com/attestation-de-formation/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attestation-de-formation/"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