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FILIATION</w:t>
      </w:r>
    </w:p>
    <w:p/>
    <w:p/>
    <w:p>
      <w:r>
        <w:rPr>
          <w:b w:val="0"/>
          <w:sz w:val="20"/>
        </w:rPr>
        <w:t>Je soussigné(e), ____________________________________________________________,</w:t>
      </w:r>
    </w:p>
    <w:p>
      <w:r>
        <w:rPr>
          <w:b w:val="0"/>
          <w:sz w:val="20"/>
        </w:rPr>
        <w:t>demeurant à ________________________________________________________________,</w:t>
      </w:r>
    </w:p>
    <w:p>
      <w:r>
        <w:rPr>
          <w:b w:val="0"/>
          <w:sz w:val="20"/>
        </w:rPr>
        <w:t>certifie par la présente que :</w:t>
      </w:r>
    </w:p>
    <w:p/>
    <w:p>
      <w:r>
        <w:rPr>
          <w:b w:val="0"/>
          <w:sz w:val="20"/>
        </w:rPr>
        <w:t>Nom et prénom de l’enfant : ________________________________________________</w:t>
      </w:r>
    </w:p>
    <w:p>
      <w:r>
        <w:rPr>
          <w:b w:val="0"/>
          <w:sz w:val="20"/>
        </w:rPr>
        <w:t>Date et lieu de naissance : ________________________________________________</w:t>
      </w:r>
    </w:p>
    <w:p/>
    <w:p>
      <w:r>
        <w:rPr>
          <w:b w:val="0"/>
          <w:sz w:val="20"/>
        </w:rPr>
        <w:t>Nom et prénom du père : ____________________________________________________</w:t>
      </w:r>
    </w:p>
    <w:p>
      <w:r>
        <w:rPr>
          <w:b w:val="0"/>
          <w:sz w:val="20"/>
        </w:rPr>
        <w:t>Date et lieu de naissance du père : ________________________________________</w:t>
      </w:r>
    </w:p>
    <w:p>
      <w:r>
        <w:rPr>
          <w:b w:val="0"/>
          <w:sz w:val="20"/>
        </w:rPr>
        <w:t>Profession du père : _______________________________________________________</w:t>
      </w:r>
    </w:p>
    <w:p>
      <w:r>
        <w:rPr>
          <w:b w:val="0"/>
          <w:sz w:val="20"/>
        </w:rPr>
        <w:t>Adresse du père : __________________________________________________________</w:t>
      </w:r>
    </w:p>
    <w:p/>
    <w:p>
      <w:r>
        <w:rPr>
          <w:b w:val="0"/>
          <w:sz w:val="20"/>
        </w:rPr>
        <w:t>Nom et prénom de la mère : _________________________________________________</w:t>
      </w:r>
    </w:p>
    <w:p>
      <w:r>
        <w:rPr>
          <w:b w:val="0"/>
          <w:sz w:val="20"/>
        </w:rPr>
        <w:t>Date et lieu de naissance de la mère : ______________________________________</w:t>
      </w:r>
    </w:p>
    <w:p>
      <w:r>
        <w:rPr>
          <w:b w:val="0"/>
          <w:sz w:val="20"/>
        </w:rPr>
        <w:t>Profession de la mère : _____________________________________________________</w:t>
      </w:r>
    </w:p>
    <w:p>
      <w:r>
        <w:rPr>
          <w:b w:val="0"/>
          <w:sz w:val="20"/>
        </w:rPr>
        <w:t>Adresse de la mère : _______________________________________________________</w:t>
      </w:r>
    </w:p>
    <w:p/>
    <w:p>
      <w:r>
        <w:rPr>
          <w:b w:val="0"/>
          <w:sz w:val="20"/>
        </w:rPr>
        <w:t>Cette attestation est établie en vue de justifier de la filiation entre l’enfant susmentionné et ses parents selon les documents et informations en ma possession.</w:t>
      </w:r>
    </w:p>
    <w:p/>
    <w:p>
      <w:r>
        <w:rPr>
          <w:b w:val="0"/>
          <w:sz w:val="20"/>
        </w:rPr>
        <w:t>Cette attestation ne vaut pas acte d’état civil et n'a aucune valeur juridique en matière de preuve de filiation devant les autorités judiciaires ou administratives.</w:t>
      </w:r>
    </w:p>
    <w:p/>
    <w:p>
      <w:r>
        <w:rPr>
          <w:b w:val="0"/>
          <w:sz w:val="20"/>
        </w:rPr>
        <w:t>Fait à : _________________________________________________________________</w:t>
      </w:r>
    </w:p>
    <w:p>
      <w:r>
        <w:rPr>
          <w:b w:val="0"/>
          <w:sz w:val="20"/>
        </w:rPr>
        <w:t>Signature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DÉCLARANT(E)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TÉMOIN (le cas échéant)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/>
    <w:p/>
    <w:p>
      <w:pPr>
        <w:jc w:val="center"/>
      </w:pPr>
      <w:r>
        <w:rPr>
          <w:b/>
          <w:sz w:val="20"/>
        </w:rPr>
        <w:t>NB : Cette attestation est rédigée en toute bonne foi et sous la responsabilité du déclarant.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https://juridique-administration.com/attestation-de-filiation-(nom-et-prenoms-des-parents)/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e-filiation-(nom-et-prenoms-des-parents)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