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ATTESTATION DE DESTRUCTION DE MARCHANDISE</w:t>
      </w:r>
    </w:p>
    <w:p/>
    <w:p/>
    <w:p>
      <w:r>
        <w:rPr>
          <w:b w:val="0"/>
          <w:sz w:val="20"/>
        </w:rPr>
        <w:t>Je soussigné(e), ____________________________________________________, agissant en qualité de ____________________________________________________, atteste par la présente que la marchandise désignée ci-dessous a été détruite conformément aux dispositions légales en vigueur en France, notamment celles relatives à la protection de l’environnement et à la gestion des déchets.</w:t>
      </w:r>
    </w:p>
    <w:p/>
    <w:p/>
    <w:p>
      <w:r>
        <w:rPr>
          <w:b/>
          <w:sz w:val="20"/>
        </w:rPr>
        <w:t>Identification du responsable de la destruction :</w:t>
      </w:r>
    </w:p>
    <w:p>
      <w:r>
        <w:rPr>
          <w:b w:val="0"/>
          <w:sz w:val="20"/>
        </w:rPr>
        <w:t>Nom ou raison sociale : ________________________________________________</w:t>
      </w:r>
    </w:p>
    <w:p>
      <w:r>
        <w:rPr>
          <w:b w:val="0"/>
          <w:sz w:val="20"/>
        </w:rPr>
        <w:t>Adresse complète : ____________________________________________________</w:t>
      </w:r>
    </w:p>
    <w:p>
      <w:r>
        <w:rPr>
          <w:b w:val="0"/>
          <w:sz w:val="20"/>
        </w:rPr>
        <w:t>Numéro SIRET ou identification : _______________________________________</w:t>
      </w:r>
    </w:p>
    <w:p>
      <w:r>
        <w:rPr>
          <w:b w:val="0"/>
          <w:sz w:val="20"/>
        </w:rPr>
        <w:t>Téléphone / Email : ___________________________________________________</w:t>
      </w:r>
    </w:p>
    <w:p/>
    <w:p>
      <w:r>
        <w:rPr>
          <w:b/>
          <w:sz w:val="20"/>
        </w:rPr>
        <w:t>Description de la marchandise détruite :</w:t>
      </w:r>
    </w:p>
    <w:p>
      <w:r>
        <w:rPr>
          <w:b w:val="0"/>
          <w:sz w:val="20"/>
        </w:rPr>
        <w:t>Type de marchandise : _________________________________________________</w:t>
      </w:r>
    </w:p>
    <w:p>
      <w:r>
        <w:rPr>
          <w:b w:val="0"/>
          <w:sz w:val="20"/>
        </w:rPr>
        <w:t>Quantité : ____________________________________________________________</w:t>
      </w:r>
    </w:p>
    <w:p>
      <w:r>
        <w:rPr>
          <w:b w:val="0"/>
          <w:sz w:val="20"/>
        </w:rPr>
        <w:t>Référence(s) / numéro(s) de lot : _______________________________________</w:t>
      </w:r>
    </w:p>
    <w:p>
      <w:r>
        <w:rPr>
          <w:b w:val="0"/>
          <w:sz w:val="20"/>
        </w:rPr>
        <w:t>Origine : _____________________________________________________________</w:t>
      </w:r>
    </w:p>
    <w:p>
      <w:r>
        <w:rPr>
          <w:b w:val="0"/>
          <w:sz w:val="20"/>
        </w:rPr>
        <w:t>État de la marchandise avant destruction : _______________________________</w:t>
      </w:r>
    </w:p>
    <w:p/>
    <w:p>
      <w:r>
        <w:rPr>
          <w:b/>
          <w:sz w:val="20"/>
        </w:rPr>
        <w:t>Motifs de la destruction :</w:t>
      </w:r>
    </w:p>
    <w:p>
      <w:r>
        <w:rPr>
          <w:b w:val="0"/>
          <w:sz w:val="20"/>
        </w:rPr>
        <w:t>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</w:t>
      </w:r>
    </w:p>
    <w:p/>
    <w:p>
      <w:r>
        <w:rPr>
          <w:b/>
          <w:sz w:val="20"/>
        </w:rPr>
        <w:t>Modalités de la destruction :</w:t>
      </w:r>
    </w:p>
    <w:p>
      <w:r>
        <w:rPr>
          <w:b w:val="0"/>
          <w:sz w:val="20"/>
        </w:rPr>
        <w:t>La destruction a été réalisée selon les procédures prescrites, garantissant la conformité aux normes environnementales et réglementaires applicables. Les opérations de destruction ont été effectuées par :</w:t>
      </w:r>
    </w:p>
    <w:p>
      <w:r>
        <w:rPr>
          <w:b w:val="0"/>
          <w:sz w:val="20"/>
        </w:rPr>
        <w:t>Nom/raison sociale de l’opérateur : ____________________________________</w:t>
      </w:r>
    </w:p>
    <w:p>
      <w:r>
        <w:rPr>
          <w:b w:val="0"/>
          <w:sz w:val="20"/>
        </w:rPr>
        <w:t>Adresse : ____________________________________________________________</w:t>
      </w:r>
    </w:p>
    <w:p>
      <w:r>
        <w:rPr>
          <w:b w:val="0"/>
          <w:sz w:val="20"/>
        </w:rPr>
        <w:t>Numéro d’agrément ou d’autorisation : _________________________________</w:t>
      </w:r>
    </w:p>
    <w:p/>
    <w:p>
      <w:r>
        <w:rPr>
          <w:b w:val="0"/>
          <w:sz w:val="20"/>
        </w:rPr>
        <w:t>Lieu de la destruction : _______________________________________________</w:t>
      </w:r>
    </w:p>
    <w:p>
      <w:r>
        <w:rPr>
          <w:b w:val="0"/>
          <w:sz w:val="20"/>
        </w:rPr>
        <w:t>Lieu où l’attestation est délivrée : ___________________________________</w:t>
      </w:r>
    </w:p>
    <w:p/>
    <w:p>
      <w:r>
        <w:rPr>
          <w:b/>
          <w:sz w:val="20"/>
        </w:rPr>
        <w:t>Engagements et responsabilités :</w:t>
      </w:r>
    </w:p>
    <w:p>
      <w:r>
        <w:rPr>
          <w:b w:val="0"/>
          <w:sz w:val="20"/>
        </w:rPr>
        <w:t>Je certifie que la marchandise mentionnée ci-dessus a été détruite et ne sera ni revendue, ni remise en circulation. Cette destruction a été effectuée dans le respect des obligations légales, notamment celles prévues par le Code de l’environnement, et en conformité avec les bonnes pratiques professionnelles.</w:t>
      </w:r>
    </w:p>
    <w:p/>
    <w:p>
      <w:r>
        <w:rPr>
          <w:b/>
          <w:sz w:val="20"/>
        </w:rPr>
        <w:t>Références réglementaires applicables :</w:t>
      </w:r>
    </w:p>
    <w:p>
      <w:r>
        <w:rPr>
          <w:b w:val="0"/>
          <w:sz w:val="20"/>
        </w:rPr>
        <w:t>- Code de l’environnement, notamment les articles L541-1 et suivants relatifs aux déchets.</w:t>
      </w:r>
    </w:p>
    <w:p>
      <w:r>
        <w:rPr>
          <w:b w:val="0"/>
          <w:sz w:val="20"/>
        </w:rPr>
        <w:t>- Arrêté du 12 décembre 1997 relatif aux modalités de destruction des marchandises nuisibles.</w:t>
      </w:r>
    </w:p>
    <w:p>
      <w:r>
        <w:rPr>
          <w:b w:val="0"/>
          <w:sz w:val="20"/>
        </w:rPr>
        <w:t>- Toute autre réglementation locale ou sectorielle applicable.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Responsable de la destruction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Témoin (le cas échéant)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https://juridique-administration.com/attestation-de-destruction-marchandise/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https://juridique-administration.com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juridique-administration.com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administration.com/attestation-de-destruction-marchandise/" TargetMode="External"/><Relationship Id="rId10" Type="http://schemas.openxmlformats.org/officeDocument/2006/relationships/hyperlink" Target="https://juridique-administrati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