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ATTESTATION DE COMPOSITION FAMILIALE</w:t>
      </w:r>
    </w:p>
    <w:p/>
    <w:p/>
    <w:p>
      <w:r>
        <w:rPr>
          <w:b/>
          <w:sz w:val="20"/>
        </w:rPr>
        <w:t>Je soussigné(e),</w:t>
      </w:r>
    </w:p>
    <w:p/>
    <w:p>
      <w:r>
        <w:rPr>
          <w:b w:val="0"/>
          <w:sz w:val="20"/>
        </w:rPr>
        <w:t>Nom et prénom : ___________________________________________________</w:t>
      </w:r>
    </w:p>
    <w:p>
      <w:r>
        <w:rPr>
          <w:b w:val="0"/>
          <w:sz w:val="20"/>
        </w:rPr>
        <w:t>Date et lieu de naissance : _______________________________________</w:t>
      </w:r>
    </w:p>
    <w:p>
      <w:r>
        <w:rPr>
          <w:b w:val="0"/>
          <w:sz w:val="20"/>
        </w:rPr>
        <w:t>Adresse actuelle : ________________________________________________</w:t>
      </w:r>
    </w:p>
    <w:p>
      <w:r>
        <w:rPr>
          <w:b w:val="0"/>
          <w:sz w:val="20"/>
        </w:rPr>
        <w:t>N° de pièce d’identité : __________________________________________</w:t>
      </w:r>
    </w:p>
    <w:p/>
    <w:p/>
    <w:p>
      <w:r>
        <w:rPr>
          <w:b/>
          <w:sz w:val="20"/>
        </w:rPr>
        <w:t>Certifie sur l'honneur la composition de ma famille telle que décrite ci-dessous :</w:t>
      </w:r>
    </w:p>
    <w:p/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t>Nom et prénom</w:t>
            </w:r>
          </w:p>
        </w:tc>
        <w:tc>
          <w:tcPr>
            <w:tcW w:type="dxa" w:w="2493"/>
          </w:tcPr>
          <w:p>
            <w:r>
              <w:t>Lien de parenté</w:t>
            </w:r>
          </w:p>
        </w:tc>
        <w:tc>
          <w:tcPr>
            <w:tcW w:type="dxa" w:w="2493"/>
          </w:tcPr>
          <w:p>
            <w:r>
              <w:t>Date de naissance</w:t>
            </w:r>
          </w:p>
        </w:tc>
        <w:tc>
          <w:tcPr>
            <w:tcW w:type="dxa" w:w="2493"/>
          </w:tcPr>
          <w:p>
            <w:r>
              <w:t>Profession</w:t>
            </w:r>
          </w:p>
        </w:tc>
      </w:tr>
      <w:tr>
        <w:tc>
          <w:tcPr>
            <w:tcW w:type="dxa" w:w="2493"/>
          </w:tcPr>
          <w:p>
            <w:r>
              <w:t>_________________________________________________</w:t>
            </w:r>
          </w:p>
        </w:tc>
        <w:tc>
          <w:tcPr>
            <w:tcW w:type="dxa" w:w="2493"/>
          </w:tcPr>
          <w:p>
            <w:r>
              <w:t>__________________________</w:t>
            </w:r>
          </w:p>
        </w:tc>
        <w:tc>
          <w:tcPr>
            <w:tcW w:type="dxa" w:w="2493"/>
          </w:tcPr>
          <w:p>
            <w:r>
              <w:t>__________________________</w:t>
            </w:r>
          </w:p>
        </w:tc>
        <w:tc>
          <w:tcPr>
            <w:tcW w:type="dxa" w:w="2493"/>
          </w:tcPr>
          <w:p>
            <w:r>
              <w:t>_________________________________________________</w:t>
            </w:r>
          </w:p>
        </w:tc>
      </w:tr>
      <w:tr>
        <w:tc>
          <w:tcPr>
            <w:tcW w:type="dxa" w:w="2493"/>
          </w:tcPr>
          <w:p>
            <w:r>
              <w:t>_________________________________________________</w:t>
            </w:r>
          </w:p>
        </w:tc>
        <w:tc>
          <w:tcPr>
            <w:tcW w:type="dxa" w:w="2493"/>
          </w:tcPr>
          <w:p>
            <w:r>
              <w:t>__________________________</w:t>
            </w:r>
          </w:p>
        </w:tc>
        <w:tc>
          <w:tcPr>
            <w:tcW w:type="dxa" w:w="2493"/>
          </w:tcPr>
          <w:p>
            <w:r>
              <w:t>__________________________</w:t>
            </w:r>
          </w:p>
        </w:tc>
        <w:tc>
          <w:tcPr>
            <w:tcW w:type="dxa" w:w="2493"/>
          </w:tcPr>
          <w:p>
            <w:r>
              <w:t>_________________________________________________</w:t>
            </w:r>
          </w:p>
        </w:tc>
      </w:tr>
      <w:tr>
        <w:tc>
          <w:tcPr>
            <w:tcW w:type="dxa" w:w="2493"/>
          </w:tcPr>
          <w:p>
            <w:r>
              <w:t>_________________________________________________</w:t>
            </w:r>
          </w:p>
        </w:tc>
        <w:tc>
          <w:tcPr>
            <w:tcW w:type="dxa" w:w="2493"/>
          </w:tcPr>
          <w:p>
            <w:r>
              <w:t>__________________________</w:t>
            </w:r>
          </w:p>
        </w:tc>
        <w:tc>
          <w:tcPr>
            <w:tcW w:type="dxa" w:w="2493"/>
          </w:tcPr>
          <w:p>
            <w:r>
              <w:t>__________________________</w:t>
            </w:r>
          </w:p>
        </w:tc>
        <w:tc>
          <w:tcPr>
            <w:tcW w:type="dxa" w:w="2493"/>
          </w:tcPr>
          <w:p>
            <w:r>
              <w:t>_________________________________________________</w:t>
            </w:r>
          </w:p>
        </w:tc>
      </w:tr>
      <w:tr>
        <w:tc>
          <w:tcPr>
            <w:tcW w:type="dxa" w:w="2493"/>
          </w:tcPr>
          <w:p>
            <w:r>
              <w:t>_________________________________________________</w:t>
            </w:r>
          </w:p>
        </w:tc>
        <w:tc>
          <w:tcPr>
            <w:tcW w:type="dxa" w:w="2493"/>
          </w:tcPr>
          <w:p>
            <w:r>
              <w:t>__________________________</w:t>
            </w:r>
          </w:p>
        </w:tc>
        <w:tc>
          <w:tcPr>
            <w:tcW w:type="dxa" w:w="2493"/>
          </w:tcPr>
          <w:p>
            <w:r>
              <w:t>__________________________</w:t>
            </w:r>
          </w:p>
        </w:tc>
        <w:tc>
          <w:tcPr>
            <w:tcW w:type="dxa" w:w="2493"/>
          </w:tcPr>
          <w:p>
            <w:r>
              <w:t>_________________________________________________</w:t>
            </w:r>
          </w:p>
        </w:tc>
      </w:tr>
      <w:tr>
        <w:tc>
          <w:tcPr>
            <w:tcW w:type="dxa" w:w="2493"/>
          </w:tcPr>
          <w:p>
            <w:r>
              <w:t>_________________________________________________</w:t>
            </w:r>
          </w:p>
        </w:tc>
        <w:tc>
          <w:tcPr>
            <w:tcW w:type="dxa" w:w="2493"/>
          </w:tcPr>
          <w:p>
            <w:r>
              <w:t>__________________________</w:t>
            </w:r>
          </w:p>
        </w:tc>
        <w:tc>
          <w:tcPr>
            <w:tcW w:type="dxa" w:w="2493"/>
          </w:tcPr>
          <w:p>
            <w:r>
              <w:t>__________________________</w:t>
            </w:r>
          </w:p>
        </w:tc>
        <w:tc>
          <w:tcPr>
            <w:tcW w:type="dxa" w:w="2493"/>
          </w:tcPr>
          <w:p>
            <w:r>
              <w:t>_________________________________________________</w:t>
            </w:r>
          </w:p>
        </w:tc>
      </w:tr>
    </w:tbl>
    <w:p/>
    <w:p/>
    <w:p>
      <w:r>
        <w:rPr>
          <w:b/>
          <w:sz w:val="20"/>
        </w:rPr>
        <w:t>Cette attestation est établie pour servir et valoir ce que de droit.</w:t>
      </w:r>
    </w:p>
    <w:p/>
    <w:p>
      <w:r>
        <w:rPr>
          <w:b w:val="0"/>
          <w:sz w:val="20"/>
        </w:rPr>
        <w:t>Je déclare que les renseignements fournis ci-dessus sont exacts et complets,</w:t>
      </w:r>
    </w:p>
    <w:p>
      <w:r>
        <w:rPr>
          <w:b/>
          <w:sz w:val="20"/>
        </w:rPr>
        <w:t>et suis conscient(e) que toute fausse déclaration expose son auteur aux sanctions prévues par la loi.</w:t>
      </w:r>
    </w:p>
    <w:p/>
    <w:p/>
    <w:p>
      <w:r>
        <w:rPr>
          <w:b w:val="0"/>
          <w:sz w:val="20"/>
        </w:rPr>
        <w:t>Fait à : ____________________________________________</w:t>
      </w:r>
    </w:p>
    <w:p>
      <w:r>
        <w:rPr>
          <w:b w:val="0"/>
          <w:sz w:val="20"/>
        </w:rPr>
        <w:t>Le : _______________________________________________</w:t>
      </w:r>
    </w:p>
    <w:p/>
    <w:p/>
    <w:p/>
    <w:p>
      <w:r>
        <w:rPr>
          <w:b/>
          <w:sz w:val="20"/>
        </w:rPr>
        <w:t>Signature :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et prénom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Fonction / Qualité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_________________________________________________</w:t>
            </w:r>
          </w:p>
        </w:tc>
      </w:tr>
    </w:tbl>
    <w:p/>
    <w:p/>
    <w:p>
      <w:r>
        <w:rPr>
          <w:b w:val="0"/>
          <w:sz w:val="20"/>
        </w:rPr>
        <w:t>Conformément à l’article 441-1 du Code pénal, toute fausse déclaration est passible de sanctions pénales.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https://juridique-administration.com/attestation-de-composition-familiale/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attestation-de-composition-familiale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