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D’APPRENTISSAGE</w:t>
      </w:r>
    </w:p>
    <w:p/>
    <w:p/>
    <w:p>
      <w:r>
        <w:rPr>
          <w:b/>
          <w:sz w:val="20"/>
        </w:rPr>
        <w:t>Nous soussigné(e),</w:t>
      </w:r>
    </w:p>
    <w:p>
      <w:r>
        <w:rPr>
          <w:b w:val="0"/>
          <w:sz w:val="20"/>
        </w:rPr>
        <w:t>L’employeur : _____________________________________________________</w:t>
      </w:r>
    </w:p>
    <w:p>
      <w:r>
        <w:rPr>
          <w:b w:val="0"/>
          <w:sz w:val="20"/>
        </w:rPr>
        <w:t>Adresse de l’entreprise : 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Représenté(e) par : ________________________________________________</w:t>
      </w:r>
    </w:p>
    <w:p/>
    <w:p>
      <w:r>
        <w:rPr>
          <w:b/>
          <w:sz w:val="20"/>
        </w:rPr>
        <w:t>Attestons avoir employé en qualité d’apprenti(e)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Date de naissance : 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/>
    <w:p>
      <w:r>
        <w:rPr>
          <w:b/>
          <w:sz w:val="20"/>
        </w:rPr>
        <w:t>Durant la période du contrat d’apprentissage qui s’est déroulée dans notre entreprise selon les modalités suivantes :</w:t>
      </w:r>
    </w:p>
    <w:p>
      <w:r>
        <w:rPr>
          <w:b w:val="0"/>
          <w:sz w:val="20"/>
        </w:rPr>
        <w:t>Date de début du contrat : __________________________________________</w:t>
      </w:r>
    </w:p>
    <w:p>
      <w:r>
        <w:rPr>
          <w:b w:val="0"/>
          <w:sz w:val="20"/>
        </w:rPr>
        <w:t>Date de fin du contrat : ____________________________________________</w:t>
      </w:r>
    </w:p>
    <w:p>
      <w:r>
        <w:rPr>
          <w:b w:val="0"/>
          <w:sz w:val="20"/>
        </w:rPr>
        <w:t>Intitulé du métier ou de la qualification préparée : ___________________</w:t>
      </w:r>
    </w:p>
    <w:p/>
    <w:p>
      <w:r>
        <w:rPr>
          <w:b/>
          <w:sz w:val="20"/>
        </w:rPr>
        <w:t>Description des activités réalisées et des compétences acquises :</w:t>
      </w:r>
    </w:p>
    <w:p>
      <w:r>
        <w:rPr>
          <w:sz w:val="20"/>
        </w:rPr>
        <w:t>____________________________________________________________________</w:t>
        <w:br/>
        <w:t>____________________________________________________________________</w:t>
        <w:br/>
        <w:t>____________________________________________________________________</w:t>
        <w:br/>
        <w:t>____________________________________________________________________</w:t>
        <w:br/>
        <w:t>____________________________________________________________________</w:t>
      </w:r>
    </w:p>
    <w:p/>
    <w:p>
      <w:r>
        <w:rPr>
          <w:b/>
          <w:sz w:val="20"/>
        </w:rPr>
        <w:t>L’apprenti(e) a suivi un enseignement théorique en centre de formation d’apprentis conformément à la réglementation en vigueur.</w:t>
      </w:r>
    </w:p>
    <w:p/>
    <w:p>
      <w:r>
        <w:rPr>
          <w:b w:val="0"/>
          <w:sz w:val="20"/>
        </w:rPr>
        <w:t>Cette attestation est délivrée pour servir et valoir ce que de droit.</w:t>
      </w:r>
    </w:p>
    <w:p/>
    <w:p/>
    <w:p/>
    <w:p>
      <w:r>
        <w:rPr>
          <w:b w:val="0"/>
          <w:sz w:val="20"/>
        </w:rPr>
        <w:t>Fait à : ________________________________</w:t>
      </w:r>
    </w:p>
    <w:p>
      <w:r>
        <w:rPr>
          <w:b w:val="0"/>
          <w:sz w:val="20"/>
        </w:rPr>
        <w:t>Le : 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L’APPRENTI(E)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https://juridique-administration.com/attestation-d'apprentissage/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attestation-d'apprentissag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