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ATTESTATION D'ACCOMPAGNEMENT</w:t>
      </w:r>
    </w:p>
    <w:p/>
    <w:p/>
    <w:p>
      <w:r>
        <w:rPr>
          <w:b w:val="0"/>
          <w:sz w:val="20"/>
        </w:rPr>
        <w:t>Je soussigné(e), _________________________________________________________ ,</w:t>
      </w:r>
    </w:p>
    <w:p>
      <w:r>
        <w:rPr>
          <w:b w:val="0"/>
          <w:sz w:val="20"/>
        </w:rPr>
        <w:t>demeurant à _____________________________________________________________ ,</w:t>
      </w:r>
    </w:p>
    <w:p>
      <w:r>
        <w:rPr>
          <w:b w:val="0"/>
          <w:sz w:val="20"/>
        </w:rPr>
        <w:t>certifie accompagner la personne nommée ci-dessous dans le cadre de ses démarches administratives conformément aux dispositions prévues par la législation française en vigueur.</w:t>
      </w:r>
    </w:p>
    <w:p/>
    <w:p>
      <w:r>
        <w:rPr>
          <w:b/>
          <w:sz w:val="20"/>
        </w:rPr>
        <w:t>Identité de la personne accompagnée :</w:t>
      </w:r>
    </w:p>
    <w:p>
      <w:r>
        <w:rPr>
          <w:b w:val="0"/>
          <w:sz w:val="20"/>
        </w:rPr>
        <w:t>Nom et prénom : ________________________________________________________</w:t>
      </w:r>
    </w:p>
    <w:p>
      <w:r>
        <w:rPr>
          <w:b w:val="0"/>
          <w:sz w:val="20"/>
        </w:rPr>
        <w:t>Date et lieu de naissance : ______________________________________________</w:t>
      </w:r>
    </w:p>
    <w:p>
      <w:r>
        <w:rPr>
          <w:b w:val="0"/>
          <w:sz w:val="20"/>
        </w:rPr>
        <w:t>Adresse : _______________________________________________________________</w:t>
      </w:r>
    </w:p>
    <w:p>
      <w:r>
        <w:rPr>
          <w:b w:val="0"/>
          <w:sz w:val="20"/>
        </w:rPr>
        <w:t>Situation administrative : _______________________________________________</w:t>
      </w:r>
    </w:p>
    <w:p/>
    <w:p>
      <w:r>
        <w:rPr>
          <w:b/>
          <w:sz w:val="20"/>
        </w:rPr>
        <w:t>Objet de l’accompagnement :</w:t>
      </w:r>
    </w:p>
    <w:p>
      <w:r>
        <w:rPr>
          <w:b w:val="0"/>
          <w:sz w:val="20"/>
        </w:rPr>
        <w:t>....................................................................................................................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....................................................................................................................</w:t>
      </w:r>
    </w:p>
    <w:p/>
    <w:p>
      <w:r>
        <w:rPr>
          <w:b/>
          <w:sz w:val="20"/>
        </w:rPr>
        <w:t>Engagements de l'accompagnant :</w:t>
      </w:r>
    </w:p>
    <w:p>
      <w:r>
        <w:rPr>
          <w:b w:val="0"/>
          <w:sz w:val="20"/>
        </w:rPr>
        <w:t>Je m'engage à apporter une assistance loyale et transparente à la personne accompagnée,</w:t>
      </w:r>
    </w:p>
    <w:p>
      <w:r>
        <w:rPr>
          <w:b w:val="0"/>
          <w:sz w:val="20"/>
        </w:rPr>
        <w:t>en facilitant l’accès aux droits et démarches administratives, et en respectant la confidentialité des informations partagées.</w:t>
      </w:r>
    </w:p>
    <w:p/>
    <w:p>
      <w:r>
        <w:rPr>
          <w:b/>
          <w:sz w:val="20"/>
        </w:rPr>
        <w:t>Précision :</w:t>
      </w:r>
    </w:p>
    <w:p>
      <w:r>
        <w:rPr>
          <w:b w:val="0"/>
          <w:sz w:val="20"/>
        </w:rPr>
        <w:t>Je certifie que cet accompagnement est réalisé à titre bénévole, sans lien salarial, commercial ou contractuel avec la personne accompagnée.</w:t>
      </w:r>
    </w:p>
    <w:p/>
    <w:p>
      <w:r>
        <w:rPr>
          <w:b/>
          <w:sz w:val="20"/>
        </w:rPr>
        <w:t>Confidentialité :</w:t>
      </w:r>
    </w:p>
    <w:p>
      <w:r>
        <w:rPr>
          <w:b w:val="0"/>
          <w:sz w:val="20"/>
        </w:rPr>
        <w:t>Conformément aux dispositions légales, je m'engage à ne pas divulguer les informations obtenues dans le cadre de cet accompagnement, sauf accord exprès de la personne accompagnée ou en cas d'obligation légale.</w:t>
      </w:r>
    </w:p>
    <w:p/>
    <w:p>
      <w:r>
        <w:rPr>
          <w:b/>
          <w:sz w:val="20"/>
        </w:rPr>
        <w:t>Durée et modalités de l’accompagnement :</w:t>
      </w:r>
    </w:p>
    <w:p>
      <w:r>
        <w:rPr>
          <w:b w:val="0"/>
          <w:sz w:val="20"/>
        </w:rPr>
        <w:t>....................................................................................................................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....................................................................................................................</w:t>
      </w:r>
    </w:p>
    <w:p>
      <w:r>
        <w:rPr>
          <w:b w:val="0"/>
          <w:sz w:val="20"/>
        </w:rPr>
        <w:t>....................................................................................................................</w:t>
      </w:r>
    </w:p>
    <w:p/>
    <w:p>
      <w:r>
        <w:rPr>
          <w:b/>
          <w:sz w:val="20"/>
        </w:rPr>
        <w:t>Décharge et responsabilité :</w:t>
      </w:r>
    </w:p>
    <w:p>
      <w:r>
        <w:rPr>
          <w:b w:val="0"/>
          <w:sz w:val="20"/>
        </w:rPr>
        <w:t>La personne accompagnée reste responsable des informations qu’elle fournit aux administrations et des décisions qu’elle prend.</w:t>
      </w:r>
    </w:p>
    <w:p>
      <w:r>
        <w:rPr>
          <w:b w:val="0"/>
          <w:sz w:val="20"/>
        </w:rPr>
        <w:t>L’accompagnement n’engage pas la responsabilité juridique de l’accompagnant quant au contenu des démarches effectuées.</w:t>
      </w:r>
    </w:p>
    <w:p/>
    <w:p/>
    <w:p>
      <w:r>
        <w:rPr>
          <w:b w:val="0"/>
          <w:sz w:val="20"/>
        </w:rPr>
        <w:t>Lieu : __________________________________________________________</w:t>
      </w:r>
    </w:p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Accompagnant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Personne accompagnée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Signature : ___________________________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Nom : _________________________________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Source originale de ce document 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https://juridique-administration.com/attestation-d'accompagnement/</w:t>
        </w:r>
      </w:hyperlink>
    </w:p>
    <w:p>
      <w:pPr>
        <w:jc w:val="center"/>
      </w:pPr>
      <w:r>
        <w:rPr>
          <w:color w:val="555555"/>
          <w:sz w:val="26"/>
        </w:rPr>
        <w:t>Ce modèle vous a-t-il été utile ?</w:t>
      </w:r>
    </w:p>
    <w:p>
      <w:pPr>
        <w:jc w:val="center"/>
      </w:pPr>
      <w:r>
        <w:rPr>
          <w:color w:val="555555"/>
          <w:sz w:val="26"/>
        </w:rPr>
        <w:t>Trouvez d'autres modèles à jour sur 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https://juridique-administration.com</w:t>
        </w:r>
      </w:hyperlink>
    </w:p>
    <w:p>
      <w:pPr>
        <w:jc w:val="center"/>
      </w:pPr>
      <w:r>
        <w:rPr>
          <w:color w:val="808080"/>
          <w:sz w:val="20"/>
        </w:rPr>
        <w:t>Ce modèle est destiné exclusivement à un usage personnel et non commercial.</w:t>
        <w:br/>
        <w:t>Toute diffusion ou publication doit obligatoirement mentionner la source. © juridique-administration.com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juridique-administration.com/attestation-d'accompagnement/" TargetMode="External"/><Relationship Id="rId10" Type="http://schemas.openxmlformats.org/officeDocument/2006/relationships/hyperlink" Target="https://juridique-administration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