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ADMINISTRATIVE</w:t>
      </w:r>
    </w:p>
    <w:p/>
    <w:p/>
    <w:p>
      <w:r>
        <w:rPr>
          <w:b w:val="0"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Fonction : _________________________________________________________</w:t>
      </w:r>
    </w:p>
    <w:p>
      <w:r>
        <w:rPr>
          <w:b w:val="0"/>
          <w:sz w:val="20"/>
        </w:rPr>
        <w:t>Organisme : ________________________________________________________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</w:t>
      </w:r>
    </w:p>
    <w:p/>
    <w:p>
      <w:r>
        <w:rPr>
          <w:b/>
          <w:sz w:val="20"/>
        </w:rPr>
        <w:t>Certifie que :</w:t>
      </w:r>
    </w:p>
    <w:p>
      <w:r>
        <w:rPr>
          <w:b w:val="0"/>
          <w:sz w:val="20"/>
        </w:rPr>
        <w:t>Nom et prénom de la personne concernée : ____________________________</w:t>
      </w:r>
    </w:p>
    <w:p>
      <w:r>
        <w:rPr>
          <w:b w:val="0"/>
          <w:sz w:val="20"/>
        </w:rPr>
        <w:t>Date et lieu de naissance : 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Numéro de pièce d’identité : _______________________________________</w:t>
      </w:r>
    </w:p>
    <w:p/>
    <w:p>
      <w:r>
        <w:rPr>
          <w:b w:val="0"/>
          <w:sz w:val="20"/>
        </w:rPr>
        <w:t>Fait l’objet de la présente attestation administrative afin de justifier :</w:t>
      </w:r>
    </w:p>
    <w:p>
      <w:r>
        <w:rPr>
          <w:b w:val="0"/>
          <w:sz w:val="20"/>
        </w:rPr>
        <w:t>- _______________________________________________</w:t>
      </w:r>
    </w:p>
    <w:p>
      <w:r>
        <w:rPr>
          <w:b w:val="0"/>
          <w:sz w:val="20"/>
        </w:rPr>
        <w:t>- _______________________________________________</w:t>
      </w:r>
    </w:p>
    <w:p>
      <w:r>
        <w:rPr>
          <w:b w:val="0"/>
          <w:sz w:val="20"/>
        </w:rPr>
        <w:t>- _______________________________________________</w:t>
      </w:r>
    </w:p>
    <w:p/>
    <w:p>
      <w:r>
        <w:rPr>
          <w:b w:val="0"/>
          <w:sz w:val="20"/>
        </w:rPr>
        <w:t>Cette attestation est délivrée en application des dispositions légales en vigueur et certifie l’exactitude des informations mentionnées ci-dessus.</w:t>
      </w:r>
    </w:p>
    <w:p>
      <w:r>
        <w:rPr>
          <w:b w:val="0"/>
          <w:sz w:val="20"/>
        </w:rPr>
        <w:t>Elle est destinée à être présentée aux autorités compétentes ou à tout organisme justifiant de sa légitimité à en prendre connaissance.</w:t>
      </w:r>
    </w:p>
    <w:p/>
    <w:p>
      <w:r>
        <w:rPr>
          <w:b/>
          <w:sz w:val="20"/>
        </w:rPr>
        <w:t>Je rappelle que toute fausse déclaration expose le déclarant à des sanctions pénales conformément aux articles 441-1 et suivants du Code pénal.</w:t>
      </w:r>
    </w:p>
    <w:p/>
    <w:p>
      <w:r>
        <w:rPr>
          <w:b w:val="0"/>
          <w:sz w:val="20"/>
        </w:rPr>
        <w:t>Lieu de délivrance : ________________________________________________</w:t>
      </w:r>
    </w:p>
    <w:p>
      <w:r>
        <w:rPr>
          <w:b w:val="0"/>
          <w:sz w:val="20"/>
        </w:rPr>
        <w:t>Date de délivrance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par (signataire)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Bénéficiaire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https://juridique-administration.com/attestation-administrative/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administrativ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