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EXTRAIT D’ACTE DE NAISSANCE AVEC FILIATION</w:t>
      </w:r>
    </w:p>
    <w:p/>
    <w:p/>
    <w:p>
      <w:pPr>
        <w:jc w:val="center"/>
      </w:pPr>
      <w:r>
        <w:rPr>
          <w:b/>
          <w:sz w:val="20"/>
        </w:rPr>
        <w:t>République Française</w:t>
      </w:r>
    </w:p>
    <w:p>
      <w:pPr>
        <w:jc w:val="center"/>
      </w:pPr>
      <w:r>
        <w:rPr>
          <w:b w:val="0"/>
          <w:sz w:val="20"/>
        </w:rPr>
        <w:t>Département : _________________________</w:t>
      </w:r>
    </w:p>
    <w:p>
      <w:pPr>
        <w:jc w:val="center"/>
      </w:pPr>
      <w:r>
        <w:rPr>
          <w:b w:val="0"/>
          <w:sz w:val="20"/>
        </w:rPr>
        <w:t>Commune : ____________________________</w:t>
      </w:r>
    </w:p>
    <w:p/>
    <w:p/>
    <w:p>
      <w:r>
        <w:rPr>
          <w:b/>
          <w:sz w:val="22"/>
        </w:rPr>
        <w:t>Informations relatives à l’enfant :</w:t>
      </w:r>
    </w:p>
    <w:p>
      <w:r>
        <w:rPr>
          <w:b w:val="0"/>
          <w:sz w:val="20"/>
        </w:rPr>
        <w:t>Nom de famille : _____________________________________________________</w:t>
      </w:r>
    </w:p>
    <w:p>
      <w:r>
        <w:rPr>
          <w:b w:val="0"/>
          <w:sz w:val="20"/>
        </w:rPr>
        <w:t>Prénoms : ____________________________________________________________</w:t>
      </w:r>
    </w:p>
    <w:p>
      <w:r>
        <w:rPr>
          <w:b w:val="0"/>
          <w:sz w:val="20"/>
        </w:rPr>
        <w:t>Sexe : [ ] Masculin    [ ] Féminin</w:t>
      </w:r>
    </w:p>
    <w:p>
      <w:r>
        <w:rPr>
          <w:b w:val="0"/>
          <w:sz w:val="20"/>
        </w:rPr>
        <w:t>Date et heure de naissance : _________________________________________</w:t>
      </w:r>
    </w:p>
    <w:p>
      <w:r>
        <w:rPr>
          <w:b w:val="0"/>
          <w:sz w:val="20"/>
        </w:rPr>
        <w:t>Lieu de naissance (commune, adresse) : _______________________________</w:t>
      </w:r>
    </w:p>
    <w:p>
      <w:r>
        <w:rPr>
          <w:b w:val="0"/>
          <w:sz w:val="20"/>
        </w:rPr>
        <w:t>Numéro d’acte : _____________________</w:t>
      </w:r>
    </w:p>
    <w:p/>
    <w:p/>
    <w:p>
      <w:r>
        <w:rPr>
          <w:b/>
          <w:sz w:val="22"/>
        </w:rPr>
        <w:t>Filiation :</w:t>
      </w:r>
    </w:p>
    <w:p>
      <w:r>
        <w:rPr>
          <w:b w:val="0"/>
          <w:sz w:val="20"/>
        </w:rPr>
        <w:t>Père :</w:t>
      </w:r>
    </w:p>
    <w:p>
      <w:r>
        <w:rPr>
          <w:b w:val="0"/>
          <w:sz w:val="20"/>
        </w:rPr>
        <w:t>Nom de famille : _____________________________________________________</w:t>
      </w:r>
    </w:p>
    <w:p>
      <w:r>
        <w:rPr>
          <w:b w:val="0"/>
          <w:sz w:val="20"/>
        </w:rPr>
        <w:t>Prénoms : ____________________________________________________________</w:t>
      </w:r>
    </w:p>
    <w:p>
      <w:r>
        <w:rPr>
          <w:b w:val="0"/>
          <w:sz w:val="20"/>
        </w:rPr>
        <w:t>Date et lieu de naissance : ___________________________________________</w:t>
      </w:r>
    </w:p>
    <w:p>
      <w:r>
        <w:rPr>
          <w:b w:val="0"/>
          <w:sz w:val="20"/>
        </w:rPr>
        <w:t>Profession : _________________________________________________________</w:t>
      </w:r>
    </w:p>
    <w:p>
      <w:r>
        <w:rPr>
          <w:b w:val="0"/>
          <w:sz w:val="20"/>
        </w:rPr>
        <w:t>Domicile : ___________________________________________________________</w:t>
      </w:r>
    </w:p>
    <w:p/>
    <w:p>
      <w:r>
        <w:rPr>
          <w:b w:val="0"/>
          <w:sz w:val="20"/>
        </w:rPr>
        <w:t>Mère :</w:t>
      </w:r>
    </w:p>
    <w:p>
      <w:r>
        <w:rPr>
          <w:b w:val="0"/>
          <w:sz w:val="20"/>
        </w:rPr>
        <w:t>Nom de famille : _____________________________________________________</w:t>
      </w:r>
    </w:p>
    <w:p>
      <w:r>
        <w:rPr>
          <w:b w:val="0"/>
          <w:sz w:val="20"/>
        </w:rPr>
        <w:t>Prénoms : ____________________________________________________________</w:t>
      </w:r>
    </w:p>
    <w:p>
      <w:r>
        <w:rPr>
          <w:b w:val="0"/>
          <w:sz w:val="20"/>
        </w:rPr>
        <w:t>Date et lieu de naissance : ___________________________________________</w:t>
      </w:r>
    </w:p>
    <w:p>
      <w:r>
        <w:rPr>
          <w:b w:val="0"/>
          <w:sz w:val="20"/>
        </w:rPr>
        <w:t>Profession : _________________________________________________________</w:t>
      </w:r>
    </w:p>
    <w:p>
      <w:r>
        <w:rPr>
          <w:b w:val="0"/>
          <w:sz w:val="20"/>
        </w:rPr>
        <w:t>Domicile : ___________________________________________________________</w:t>
      </w:r>
    </w:p>
    <w:p/>
    <w:p/>
    <w:p>
      <w:r>
        <w:rPr>
          <w:b/>
          <w:sz w:val="22"/>
        </w:rPr>
        <w:t>Déclaration :</w:t>
      </w:r>
    </w:p>
    <w:p>
      <w:r>
        <w:rPr>
          <w:b w:val="0"/>
          <w:sz w:val="20"/>
        </w:rPr>
        <w:t>Date de la déclaration : _______________________________________________</w:t>
      </w:r>
    </w:p>
    <w:p>
      <w:r>
        <w:rPr>
          <w:b w:val="0"/>
          <w:sz w:val="20"/>
        </w:rPr>
        <w:t>Officier d’état civil : ________________________________________________</w:t>
      </w:r>
    </w:p>
    <w:p>
      <w:r>
        <w:rPr>
          <w:b w:val="0"/>
          <w:sz w:val="20"/>
        </w:rPr>
        <w:t>Lieu de l’enregistrement : ____________________________________________</w:t>
      </w:r>
    </w:p>
    <w:p/>
    <w:p/>
    <w:p>
      <w:r>
        <w:rPr>
          <w:b/>
          <w:sz w:val="22"/>
        </w:rPr>
        <w:t>Mentions marginales éventuelles 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/>
    <w:p/>
    <w:p>
      <w:r>
        <w:rPr>
          <w:b/>
          <w:sz w:val="20"/>
        </w:rPr>
        <w:t>Signatures 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Officier d’état civil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Déclarant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prénom : 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prénom : ______________________</w:t>
            </w:r>
          </w:p>
        </w:tc>
      </w:tr>
    </w:tbl>
    <w:p/>
    <w:p/>
    <w:p>
      <w:pPr>
        <w:jc w:val="center"/>
      </w:pPr>
      <w:r>
        <w:rPr>
          <w:b w:val="0"/>
          <w:sz w:val="20"/>
        </w:rPr>
        <w:t>Ce document est délivré conformément aux dispositions du Code civil français</w:t>
      </w:r>
    </w:p>
    <w:p>
      <w:pPr>
        <w:jc w:val="center"/>
      </w:pPr>
      <w:r>
        <w:rPr>
          <w:b w:val="0"/>
          <w:sz w:val="20"/>
        </w:rPr>
        <w:t>et atteste de la naissance et de la filiation telles que consignées en mairie.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https://juridique-administration.com/acte-de-naissance-avec-filiation-exemple/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acte-de-naissance-avec-filiation-exempl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